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82A8" w14:textId="77777777" w:rsidR="00A12B94" w:rsidRDefault="00000000">
      <w:pPr>
        <w:pStyle w:val="Title"/>
        <w:jc w:val="center"/>
      </w:pPr>
      <w:r>
        <w:t>Statistics Help Schedule - Fall 2026</w:t>
      </w:r>
    </w:p>
    <w:p w14:paraId="29234EE2" w14:textId="77777777" w:rsidR="00A12B94" w:rsidRDefault="00000000">
      <w:r>
        <w:rPr>
          <w:b/>
        </w:rPr>
        <w:t xml:space="preserve">Availability is shown in 30-minute blocks. </w:t>
      </w:r>
      <w:r>
        <w:t>Each weekday is presented in a separate, simple table to support keyboard navigation and screen-reader access.</w:t>
      </w:r>
    </w:p>
    <w:p w14:paraId="4A96100A" w14:textId="77777777" w:rsidR="00A12B94" w:rsidRDefault="00000000">
      <w:pPr>
        <w:pStyle w:val="Heading1"/>
      </w:pPr>
      <w:r>
        <w:t>Online Tutoring Appointments</w:t>
      </w:r>
    </w:p>
    <w:p w14:paraId="79F22499" w14:textId="77777777" w:rsidR="00A12B94" w:rsidRDefault="00000000">
      <w:r>
        <w:t xml:space="preserve">For online tutoring, use the appointment system: </w:t>
      </w:r>
      <w:hyperlink r:id="rId8">
        <w:r>
          <w:rPr>
            <w:color w:val="0563C1"/>
            <w:u w:val="single"/>
          </w:rPr>
          <w:t>Book an online statistics tutoring appointment</w:t>
        </w:r>
      </w:hyperlink>
      <w:r>
        <w:t>.</w:t>
      </w:r>
    </w:p>
    <w:p w14:paraId="5835AD25" w14:textId="105A0704" w:rsidR="00C4008E" w:rsidRDefault="00C4008E">
      <w:r>
        <w:t>(</w:t>
      </w:r>
      <w:hyperlink r:id="rId9" w:history="1">
        <w:r w:rsidRPr="00AE008F">
          <w:rPr>
            <w:rStyle w:val="Hyperlink"/>
            <w:rFonts w:ascii="Trajan Pro" w:hAnsi="Trajan Pro"/>
            <w:sz w:val="20"/>
            <w:szCs w:val="20"/>
          </w:rPr>
          <w:t>https://outlook.office365.com/owa/calendar/ESRMComputerLab@uark.onmicrosoft.com/bookings/</w:t>
        </w:r>
      </w:hyperlink>
      <w:r>
        <w:t>)</w:t>
      </w:r>
    </w:p>
    <w:p w14:paraId="59730109" w14:textId="68CBCE7C" w:rsidR="00A12B94" w:rsidRDefault="00000000">
      <w:pPr>
        <w:pStyle w:val="Heading1"/>
      </w:pPr>
      <w:r>
        <w:t>Monday</w:t>
      </w:r>
    </w:p>
    <w:p w14:paraId="2BFB8F10" w14:textId="77777777" w:rsidR="00A12B94" w:rsidRDefault="00000000">
      <w:r>
        <w:rPr>
          <w:i/>
        </w:rPr>
        <w:t>Monday availability by support type.</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8"/>
        <w:gridCol w:w="2448"/>
        <w:gridCol w:w="2448"/>
        <w:gridCol w:w="2448"/>
      </w:tblGrid>
      <w:tr w:rsidR="00A12B94" w14:paraId="5ACBB020" w14:textId="77777777">
        <w:trPr>
          <w:tblHeader/>
          <w:jc w:val="center"/>
        </w:trPr>
        <w:tc>
          <w:tcPr>
            <w:tcW w:w="1728" w:type="dxa"/>
            <w:shd w:val="clear" w:color="auto" w:fill="D9EAF7"/>
            <w:vAlign w:val="center"/>
          </w:tcPr>
          <w:p w14:paraId="6CAC15A7" w14:textId="77777777" w:rsidR="00A12B94" w:rsidRDefault="00000000">
            <w:pPr>
              <w:spacing w:after="0"/>
            </w:pPr>
            <w:r>
              <w:rPr>
                <w:b/>
                <w:sz w:val="21"/>
              </w:rPr>
              <w:t>Time</w:t>
            </w:r>
          </w:p>
        </w:tc>
        <w:tc>
          <w:tcPr>
            <w:tcW w:w="2448" w:type="dxa"/>
            <w:shd w:val="clear" w:color="auto" w:fill="D9EAF7"/>
            <w:vAlign w:val="center"/>
          </w:tcPr>
          <w:p w14:paraId="20C79464" w14:textId="77777777" w:rsidR="00A12B94" w:rsidRDefault="00000000">
            <w:pPr>
              <w:spacing w:after="0"/>
            </w:pPr>
            <w:r>
              <w:rPr>
                <w:b/>
                <w:sz w:val="21"/>
              </w:rPr>
              <w:t>In Person</w:t>
            </w:r>
          </w:p>
        </w:tc>
        <w:tc>
          <w:tcPr>
            <w:tcW w:w="2448" w:type="dxa"/>
            <w:shd w:val="clear" w:color="auto" w:fill="D9EAF7"/>
            <w:vAlign w:val="center"/>
          </w:tcPr>
          <w:p w14:paraId="23948963" w14:textId="77777777" w:rsidR="00A12B94" w:rsidRDefault="00000000">
            <w:pPr>
              <w:spacing w:after="0"/>
            </w:pPr>
            <w:r>
              <w:rPr>
                <w:b/>
                <w:sz w:val="21"/>
              </w:rPr>
              <w:t>Online</w:t>
            </w:r>
          </w:p>
        </w:tc>
        <w:tc>
          <w:tcPr>
            <w:tcW w:w="2448" w:type="dxa"/>
            <w:shd w:val="clear" w:color="auto" w:fill="D9EAF7"/>
            <w:vAlign w:val="center"/>
          </w:tcPr>
          <w:p w14:paraId="14675244" w14:textId="77777777" w:rsidR="00A12B94" w:rsidRDefault="00000000">
            <w:pPr>
              <w:spacing w:after="0"/>
            </w:pPr>
            <w:r>
              <w:rPr>
                <w:b/>
                <w:sz w:val="21"/>
              </w:rPr>
              <w:t>SMSS</w:t>
            </w:r>
          </w:p>
        </w:tc>
      </w:tr>
      <w:tr w:rsidR="00A12B94" w14:paraId="6B7CC928" w14:textId="77777777">
        <w:trPr>
          <w:cantSplit/>
          <w:jc w:val="center"/>
        </w:trPr>
        <w:tc>
          <w:tcPr>
            <w:tcW w:w="1728" w:type="dxa"/>
            <w:vAlign w:val="center"/>
          </w:tcPr>
          <w:p w14:paraId="5330A905" w14:textId="77777777" w:rsidR="00A12B94" w:rsidRDefault="00000000">
            <w:pPr>
              <w:spacing w:after="0"/>
            </w:pPr>
            <w:r>
              <w:rPr>
                <w:sz w:val="21"/>
              </w:rPr>
              <w:t>10:00 a.m.</w:t>
            </w:r>
          </w:p>
        </w:tc>
        <w:tc>
          <w:tcPr>
            <w:tcW w:w="2448" w:type="dxa"/>
            <w:vAlign w:val="center"/>
          </w:tcPr>
          <w:p w14:paraId="0CD10627" w14:textId="77777777" w:rsidR="00A12B94" w:rsidRDefault="00000000">
            <w:pPr>
              <w:spacing w:after="0"/>
            </w:pPr>
            <w:r>
              <w:rPr>
                <w:sz w:val="21"/>
              </w:rPr>
              <w:t>John</w:t>
            </w:r>
          </w:p>
        </w:tc>
        <w:tc>
          <w:tcPr>
            <w:tcW w:w="2448" w:type="dxa"/>
            <w:vAlign w:val="center"/>
          </w:tcPr>
          <w:p w14:paraId="49E5B7C5" w14:textId="77777777" w:rsidR="00A12B94" w:rsidRDefault="00000000">
            <w:pPr>
              <w:spacing w:after="0"/>
            </w:pPr>
            <w:r>
              <w:rPr>
                <w:sz w:val="21"/>
              </w:rPr>
              <w:t>—</w:t>
            </w:r>
          </w:p>
        </w:tc>
        <w:tc>
          <w:tcPr>
            <w:tcW w:w="2448" w:type="dxa"/>
            <w:vAlign w:val="center"/>
          </w:tcPr>
          <w:p w14:paraId="0CC7E3DA" w14:textId="77777777" w:rsidR="00A12B94" w:rsidRDefault="00000000">
            <w:pPr>
              <w:spacing w:after="0"/>
            </w:pPr>
            <w:r>
              <w:rPr>
                <w:sz w:val="21"/>
              </w:rPr>
              <w:t>—</w:t>
            </w:r>
          </w:p>
        </w:tc>
      </w:tr>
      <w:tr w:rsidR="00A12B94" w14:paraId="3C56C024" w14:textId="77777777">
        <w:trPr>
          <w:cantSplit/>
          <w:jc w:val="center"/>
        </w:trPr>
        <w:tc>
          <w:tcPr>
            <w:tcW w:w="1728" w:type="dxa"/>
            <w:vAlign w:val="center"/>
          </w:tcPr>
          <w:p w14:paraId="2D3DEEC1" w14:textId="77777777" w:rsidR="00A12B94" w:rsidRDefault="00000000">
            <w:pPr>
              <w:spacing w:after="0"/>
            </w:pPr>
            <w:r>
              <w:rPr>
                <w:sz w:val="21"/>
              </w:rPr>
              <w:t>10:30 a.m.</w:t>
            </w:r>
          </w:p>
        </w:tc>
        <w:tc>
          <w:tcPr>
            <w:tcW w:w="2448" w:type="dxa"/>
            <w:vAlign w:val="center"/>
          </w:tcPr>
          <w:p w14:paraId="3BFD3941" w14:textId="77777777" w:rsidR="00A12B94" w:rsidRDefault="00000000">
            <w:pPr>
              <w:spacing w:after="0"/>
            </w:pPr>
            <w:r>
              <w:rPr>
                <w:sz w:val="21"/>
              </w:rPr>
              <w:t>John</w:t>
            </w:r>
          </w:p>
        </w:tc>
        <w:tc>
          <w:tcPr>
            <w:tcW w:w="2448" w:type="dxa"/>
            <w:vAlign w:val="center"/>
          </w:tcPr>
          <w:p w14:paraId="7C8A55F7" w14:textId="77777777" w:rsidR="00A12B94" w:rsidRDefault="00000000">
            <w:pPr>
              <w:spacing w:after="0"/>
            </w:pPr>
            <w:r>
              <w:rPr>
                <w:sz w:val="21"/>
              </w:rPr>
              <w:t>—</w:t>
            </w:r>
          </w:p>
        </w:tc>
        <w:tc>
          <w:tcPr>
            <w:tcW w:w="2448" w:type="dxa"/>
            <w:vAlign w:val="center"/>
          </w:tcPr>
          <w:p w14:paraId="6210DF63" w14:textId="77777777" w:rsidR="00A12B94" w:rsidRDefault="00000000">
            <w:pPr>
              <w:spacing w:after="0"/>
            </w:pPr>
            <w:r>
              <w:rPr>
                <w:sz w:val="21"/>
              </w:rPr>
              <w:t>—</w:t>
            </w:r>
          </w:p>
        </w:tc>
      </w:tr>
      <w:tr w:rsidR="00A12B94" w14:paraId="120D4B11" w14:textId="77777777">
        <w:trPr>
          <w:cantSplit/>
          <w:jc w:val="center"/>
        </w:trPr>
        <w:tc>
          <w:tcPr>
            <w:tcW w:w="1728" w:type="dxa"/>
            <w:vAlign w:val="center"/>
          </w:tcPr>
          <w:p w14:paraId="6716037C" w14:textId="77777777" w:rsidR="00A12B94" w:rsidRDefault="00000000">
            <w:pPr>
              <w:spacing w:after="0"/>
            </w:pPr>
            <w:r>
              <w:rPr>
                <w:sz w:val="21"/>
              </w:rPr>
              <w:t>11:00 a.m.</w:t>
            </w:r>
          </w:p>
        </w:tc>
        <w:tc>
          <w:tcPr>
            <w:tcW w:w="2448" w:type="dxa"/>
            <w:vAlign w:val="center"/>
          </w:tcPr>
          <w:p w14:paraId="5290A727" w14:textId="77777777" w:rsidR="00A12B94" w:rsidRDefault="00000000">
            <w:pPr>
              <w:spacing w:after="0"/>
            </w:pPr>
            <w:r>
              <w:rPr>
                <w:sz w:val="21"/>
              </w:rPr>
              <w:t>John</w:t>
            </w:r>
          </w:p>
        </w:tc>
        <w:tc>
          <w:tcPr>
            <w:tcW w:w="2448" w:type="dxa"/>
            <w:vAlign w:val="center"/>
          </w:tcPr>
          <w:p w14:paraId="12696DB8" w14:textId="77777777" w:rsidR="00A12B94" w:rsidRDefault="00000000">
            <w:pPr>
              <w:spacing w:after="0"/>
            </w:pPr>
            <w:r>
              <w:rPr>
                <w:sz w:val="21"/>
              </w:rPr>
              <w:t>—</w:t>
            </w:r>
          </w:p>
        </w:tc>
        <w:tc>
          <w:tcPr>
            <w:tcW w:w="2448" w:type="dxa"/>
            <w:vAlign w:val="center"/>
          </w:tcPr>
          <w:p w14:paraId="71A2EA8E" w14:textId="77777777" w:rsidR="00A12B94" w:rsidRDefault="00000000">
            <w:pPr>
              <w:spacing w:after="0"/>
            </w:pPr>
            <w:r>
              <w:rPr>
                <w:sz w:val="21"/>
              </w:rPr>
              <w:t>—</w:t>
            </w:r>
          </w:p>
        </w:tc>
      </w:tr>
      <w:tr w:rsidR="00A12B94" w14:paraId="15F00E6D" w14:textId="77777777">
        <w:trPr>
          <w:cantSplit/>
          <w:jc w:val="center"/>
        </w:trPr>
        <w:tc>
          <w:tcPr>
            <w:tcW w:w="1728" w:type="dxa"/>
            <w:vAlign w:val="center"/>
          </w:tcPr>
          <w:p w14:paraId="230579DC" w14:textId="77777777" w:rsidR="00A12B94" w:rsidRDefault="00000000">
            <w:pPr>
              <w:spacing w:after="0"/>
            </w:pPr>
            <w:r>
              <w:rPr>
                <w:sz w:val="21"/>
              </w:rPr>
              <w:t>11:30 a.m.</w:t>
            </w:r>
          </w:p>
        </w:tc>
        <w:tc>
          <w:tcPr>
            <w:tcW w:w="2448" w:type="dxa"/>
            <w:vAlign w:val="center"/>
          </w:tcPr>
          <w:p w14:paraId="2420A69E" w14:textId="77777777" w:rsidR="00A12B94" w:rsidRDefault="00000000">
            <w:pPr>
              <w:spacing w:after="0"/>
            </w:pPr>
            <w:r>
              <w:rPr>
                <w:sz w:val="21"/>
              </w:rPr>
              <w:t>John</w:t>
            </w:r>
          </w:p>
        </w:tc>
        <w:tc>
          <w:tcPr>
            <w:tcW w:w="2448" w:type="dxa"/>
            <w:vAlign w:val="center"/>
          </w:tcPr>
          <w:p w14:paraId="13A4CFFF" w14:textId="77777777" w:rsidR="00A12B94" w:rsidRDefault="00000000">
            <w:pPr>
              <w:spacing w:after="0"/>
            </w:pPr>
            <w:r>
              <w:rPr>
                <w:sz w:val="21"/>
              </w:rPr>
              <w:t>Anissia</w:t>
            </w:r>
          </w:p>
        </w:tc>
        <w:tc>
          <w:tcPr>
            <w:tcW w:w="2448" w:type="dxa"/>
            <w:vAlign w:val="center"/>
          </w:tcPr>
          <w:p w14:paraId="34CC1FE3" w14:textId="77777777" w:rsidR="00A12B94" w:rsidRDefault="00000000">
            <w:pPr>
              <w:spacing w:after="0"/>
            </w:pPr>
            <w:r>
              <w:rPr>
                <w:sz w:val="21"/>
              </w:rPr>
              <w:t>—</w:t>
            </w:r>
          </w:p>
        </w:tc>
      </w:tr>
      <w:tr w:rsidR="00A12B94" w14:paraId="317A35CB" w14:textId="77777777">
        <w:trPr>
          <w:cantSplit/>
          <w:jc w:val="center"/>
        </w:trPr>
        <w:tc>
          <w:tcPr>
            <w:tcW w:w="1728" w:type="dxa"/>
            <w:vAlign w:val="center"/>
          </w:tcPr>
          <w:p w14:paraId="35661F99" w14:textId="77777777" w:rsidR="00A12B94" w:rsidRDefault="00000000">
            <w:pPr>
              <w:spacing w:after="0"/>
            </w:pPr>
            <w:r>
              <w:rPr>
                <w:sz w:val="21"/>
              </w:rPr>
              <w:t>12:00 p.m.</w:t>
            </w:r>
          </w:p>
        </w:tc>
        <w:tc>
          <w:tcPr>
            <w:tcW w:w="2448" w:type="dxa"/>
            <w:vAlign w:val="center"/>
          </w:tcPr>
          <w:p w14:paraId="29D70CAC" w14:textId="77777777" w:rsidR="00A12B94" w:rsidRDefault="00000000">
            <w:pPr>
              <w:spacing w:after="0"/>
            </w:pPr>
            <w:r>
              <w:rPr>
                <w:sz w:val="21"/>
              </w:rPr>
              <w:t>John</w:t>
            </w:r>
          </w:p>
        </w:tc>
        <w:tc>
          <w:tcPr>
            <w:tcW w:w="2448" w:type="dxa"/>
            <w:vAlign w:val="center"/>
          </w:tcPr>
          <w:p w14:paraId="3A0DDF07" w14:textId="77777777" w:rsidR="00A12B94" w:rsidRDefault="00000000">
            <w:pPr>
              <w:spacing w:after="0"/>
            </w:pPr>
            <w:r>
              <w:rPr>
                <w:sz w:val="21"/>
              </w:rPr>
              <w:t>Anissia</w:t>
            </w:r>
          </w:p>
        </w:tc>
        <w:tc>
          <w:tcPr>
            <w:tcW w:w="2448" w:type="dxa"/>
            <w:vAlign w:val="center"/>
          </w:tcPr>
          <w:p w14:paraId="4131E064" w14:textId="77777777" w:rsidR="00A12B94" w:rsidRDefault="00000000">
            <w:pPr>
              <w:spacing w:after="0"/>
            </w:pPr>
            <w:r>
              <w:rPr>
                <w:sz w:val="21"/>
              </w:rPr>
              <w:t>—</w:t>
            </w:r>
          </w:p>
        </w:tc>
      </w:tr>
      <w:tr w:rsidR="00A12B94" w14:paraId="3D827749" w14:textId="77777777">
        <w:trPr>
          <w:cantSplit/>
          <w:jc w:val="center"/>
        </w:trPr>
        <w:tc>
          <w:tcPr>
            <w:tcW w:w="1728" w:type="dxa"/>
            <w:vAlign w:val="center"/>
          </w:tcPr>
          <w:p w14:paraId="386E81F1" w14:textId="77777777" w:rsidR="00A12B94" w:rsidRDefault="00000000">
            <w:pPr>
              <w:spacing w:after="0"/>
            </w:pPr>
            <w:r>
              <w:rPr>
                <w:sz w:val="21"/>
              </w:rPr>
              <w:t>12:30 p.m.</w:t>
            </w:r>
          </w:p>
        </w:tc>
        <w:tc>
          <w:tcPr>
            <w:tcW w:w="2448" w:type="dxa"/>
            <w:vAlign w:val="center"/>
          </w:tcPr>
          <w:p w14:paraId="027BC230" w14:textId="77777777" w:rsidR="00A12B94" w:rsidRDefault="00000000">
            <w:pPr>
              <w:spacing w:after="0"/>
            </w:pPr>
            <w:r>
              <w:rPr>
                <w:sz w:val="21"/>
              </w:rPr>
              <w:t>John</w:t>
            </w:r>
          </w:p>
        </w:tc>
        <w:tc>
          <w:tcPr>
            <w:tcW w:w="2448" w:type="dxa"/>
            <w:vAlign w:val="center"/>
          </w:tcPr>
          <w:p w14:paraId="60D5516D" w14:textId="77777777" w:rsidR="00A12B94" w:rsidRDefault="00000000">
            <w:pPr>
              <w:spacing w:after="0"/>
            </w:pPr>
            <w:r>
              <w:rPr>
                <w:sz w:val="21"/>
              </w:rPr>
              <w:t>Anissia</w:t>
            </w:r>
          </w:p>
        </w:tc>
        <w:tc>
          <w:tcPr>
            <w:tcW w:w="2448" w:type="dxa"/>
            <w:vAlign w:val="center"/>
          </w:tcPr>
          <w:p w14:paraId="72A19FF5" w14:textId="77777777" w:rsidR="00A12B94" w:rsidRDefault="00000000">
            <w:pPr>
              <w:spacing w:after="0"/>
            </w:pPr>
            <w:r>
              <w:rPr>
                <w:sz w:val="21"/>
              </w:rPr>
              <w:t>—</w:t>
            </w:r>
          </w:p>
        </w:tc>
      </w:tr>
      <w:tr w:rsidR="00A12B94" w14:paraId="1E57D2B9" w14:textId="77777777">
        <w:trPr>
          <w:cantSplit/>
          <w:jc w:val="center"/>
        </w:trPr>
        <w:tc>
          <w:tcPr>
            <w:tcW w:w="1728" w:type="dxa"/>
            <w:vAlign w:val="center"/>
          </w:tcPr>
          <w:p w14:paraId="5126F9F8" w14:textId="77777777" w:rsidR="00A12B94" w:rsidRDefault="00000000">
            <w:pPr>
              <w:spacing w:after="0"/>
            </w:pPr>
            <w:r>
              <w:rPr>
                <w:sz w:val="21"/>
              </w:rPr>
              <w:t>1:00 p.m.</w:t>
            </w:r>
          </w:p>
        </w:tc>
        <w:tc>
          <w:tcPr>
            <w:tcW w:w="2448" w:type="dxa"/>
            <w:vAlign w:val="center"/>
          </w:tcPr>
          <w:p w14:paraId="5F507FC0" w14:textId="77777777" w:rsidR="00A12B94" w:rsidRDefault="00000000">
            <w:pPr>
              <w:spacing w:after="0"/>
            </w:pPr>
            <w:r>
              <w:rPr>
                <w:sz w:val="21"/>
              </w:rPr>
              <w:t>—</w:t>
            </w:r>
          </w:p>
        </w:tc>
        <w:tc>
          <w:tcPr>
            <w:tcW w:w="2448" w:type="dxa"/>
            <w:vAlign w:val="center"/>
          </w:tcPr>
          <w:p w14:paraId="2E41CEBB" w14:textId="77777777" w:rsidR="00A12B94" w:rsidRDefault="00000000">
            <w:pPr>
              <w:spacing w:after="0"/>
            </w:pPr>
            <w:r>
              <w:rPr>
                <w:sz w:val="21"/>
              </w:rPr>
              <w:t>Anissia</w:t>
            </w:r>
          </w:p>
        </w:tc>
        <w:tc>
          <w:tcPr>
            <w:tcW w:w="2448" w:type="dxa"/>
            <w:vAlign w:val="center"/>
          </w:tcPr>
          <w:p w14:paraId="2DA49794" w14:textId="77777777" w:rsidR="00A12B94" w:rsidRDefault="00000000">
            <w:pPr>
              <w:spacing w:after="0"/>
            </w:pPr>
            <w:r>
              <w:rPr>
                <w:sz w:val="21"/>
              </w:rPr>
              <w:t>—</w:t>
            </w:r>
          </w:p>
        </w:tc>
      </w:tr>
      <w:tr w:rsidR="00A12B94" w14:paraId="6ACD2A55" w14:textId="77777777">
        <w:trPr>
          <w:cantSplit/>
          <w:jc w:val="center"/>
        </w:trPr>
        <w:tc>
          <w:tcPr>
            <w:tcW w:w="1728" w:type="dxa"/>
            <w:vAlign w:val="center"/>
          </w:tcPr>
          <w:p w14:paraId="2A3BC166" w14:textId="77777777" w:rsidR="00A12B94" w:rsidRDefault="00000000">
            <w:pPr>
              <w:spacing w:after="0"/>
            </w:pPr>
            <w:r>
              <w:rPr>
                <w:sz w:val="21"/>
              </w:rPr>
              <w:t>1:30 p.m.</w:t>
            </w:r>
          </w:p>
        </w:tc>
        <w:tc>
          <w:tcPr>
            <w:tcW w:w="2448" w:type="dxa"/>
            <w:vAlign w:val="center"/>
          </w:tcPr>
          <w:p w14:paraId="517736C0" w14:textId="77777777" w:rsidR="00A12B94" w:rsidRDefault="00000000">
            <w:pPr>
              <w:spacing w:after="0"/>
            </w:pPr>
            <w:r>
              <w:rPr>
                <w:sz w:val="21"/>
              </w:rPr>
              <w:t>—</w:t>
            </w:r>
          </w:p>
        </w:tc>
        <w:tc>
          <w:tcPr>
            <w:tcW w:w="2448" w:type="dxa"/>
            <w:vAlign w:val="center"/>
          </w:tcPr>
          <w:p w14:paraId="657C55A4" w14:textId="77777777" w:rsidR="00A12B94" w:rsidRDefault="00000000">
            <w:pPr>
              <w:spacing w:after="0"/>
            </w:pPr>
            <w:r>
              <w:rPr>
                <w:sz w:val="21"/>
              </w:rPr>
              <w:t>—</w:t>
            </w:r>
          </w:p>
        </w:tc>
        <w:tc>
          <w:tcPr>
            <w:tcW w:w="2448" w:type="dxa"/>
            <w:vAlign w:val="center"/>
          </w:tcPr>
          <w:p w14:paraId="6DEE5203" w14:textId="77777777" w:rsidR="00A12B94" w:rsidRDefault="00000000">
            <w:pPr>
              <w:spacing w:after="0"/>
            </w:pPr>
            <w:r>
              <w:rPr>
                <w:sz w:val="21"/>
              </w:rPr>
              <w:t>Anissia</w:t>
            </w:r>
          </w:p>
        </w:tc>
      </w:tr>
      <w:tr w:rsidR="00A12B94" w14:paraId="2DDE66CB" w14:textId="77777777">
        <w:trPr>
          <w:cantSplit/>
          <w:jc w:val="center"/>
        </w:trPr>
        <w:tc>
          <w:tcPr>
            <w:tcW w:w="1728" w:type="dxa"/>
            <w:vAlign w:val="center"/>
          </w:tcPr>
          <w:p w14:paraId="5BDDF8C9" w14:textId="77777777" w:rsidR="00A12B94" w:rsidRDefault="00000000">
            <w:pPr>
              <w:spacing w:after="0"/>
            </w:pPr>
            <w:r>
              <w:rPr>
                <w:sz w:val="21"/>
              </w:rPr>
              <w:t>2:00 p.m.</w:t>
            </w:r>
          </w:p>
        </w:tc>
        <w:tc>
          <w:tcPr>
            <w:tcW w:w="2448" w:type="dxa"/>
            <w:vAlign w:val="center"/>
          </w:tcPr>
          <w:p w14:paraId="6D9E253D" w14:textId="77777777" w:rsidR="00A12B94" w:rsidRDefault="00000000">
            <w:pPr>
              <w:spacing w:after="0"/>
            </w:pPr>
            <w:r>
              <w:rPr>
                <w:sz w:val="21"/>
              </w:rPr>
              <w:t>—</w:t>
            </w:r>
          </w:p>
        </w:tc>
        <w:tc>
          <w:tcPr>
            <w:tcW w:w="2448" w:type="dxa"/>
            <w:vAlign w:val="center"/>
          </w:tcPr>
          <w:p w14:paraId="6707766A" w14:textId="77777777" w:rsidR="00A12B94" w:rsidRDefault="00000000">
            <w:pPr>
              <w:spacing w:after="0"/>
            </w:pPr>
            <w:r>
              <w:rPr>
                <w:sz w:val="21"/>
              </w:rPr>
              <w:t>John</w:t>
            </w:r>
          </w:p>
        </w:tc>
        <w:tc>
          <w:tcPr>
            <w:tcW w:w="2448" w:type="dxa"/>
            <w:vAlign w:val="center"/>
          </w:tcPr>
          <w:p w14:paraId="2456B805" w14:textId="77777777" w:rsidR="00A12B94" w:rsidRDefault="00000000">
            <w:pPr>
              <w:spacing w:after="0"/>
            </w:pPr>
            <w:r>
              <w:rPr>
                <w:sz w:val="21"/>
              </w:rPr>
              <w:t>Anissia</w:t>
            </w:r>
          </w:p>
        </w:tc>
      </w:tr>
      <w:tr w:rsidR="00A12B94" w14:paraId="1606A81B" w14:textId="77777777">
        <w:trPr>
          <w:cantSplit/>
          <w:jc w:val="center"/>
        </w:trPr>
        <w:tc>
          <w:tcPr>
            <w:tcW w:w="1728" w:type="dxa"/>
            <w:vAlign w:val="center"/>
          </w:tcPr>
          <w:p w14:paraId="481A3E75" w14:textId="77777777" w:rsidR="00A12B94" w:rsidRDefault="00000000">
            <w:pPr>
              <w:spacing w:after="0"/>
            </w:pPr>
            <w:r>
              <w:rPr>
                <w:sz w:val="21"/>
              </w:rPr>
              <w:t>2:30 p.m.</w:t>
            </w:r>
          </w:p>
        </w:tc>
        <w:tc>
          <w:tcPr>
            <w:tcW w:w="2448" w:type="dxa"/>
            <w:vAlign w:val="center"/>
          </w:tcPr>
          <w:p w14:paraId="31DAD7A3" w14:textId="77777777" w:rsidR="00A12B94" w:rsidRDefault="00000000">
            <w:pPr>
              <w:spacing w:after="0"/>
            </w:pPr>
            <w:r>
              <w:rPr>
                <w:sz w:val="21"/>
              </w:rPr>
              <w:t>—</w:t>
            </w:r>
          </w:p>
        </w:tc>
        <w:tc>
          <w:tcPr>
            <w:tcW w:w="2448" w:type="dxa"/>
            <w:vAlign w:val="center"/>
          </w:tcPr>
          <w:p w14:paraId="338F467B" w14:textId="77777777" w:rsidR="00A12B94" w:rsidRDefault="00000000">
            <w:pPr>
              <w:spacing w:after="0"/>
            </w:pPr>
            <w:r>
              <w:rPr>
                <w:sz w:val="21"/>
              </w:rPr>
              <w:t>John</w:t>
            </w:r>
          </w:p>
        </w:tc>
        <w:tc>
          <w:tcPr>
            <w:tcW w:w="2448" w:type="dxa"/>
            <w:vAlign w:val="center"/>
          </w:tcPr>
          <w:p w14:paraId="1A8FB45A" w14:textId="77777777" w:rsidR="00A12B94" w:rsidRDefault="00000000">
            <w:pPr>
              <w:spacing w:after="0"/>
            </w:pPr>
            <w:r>
              <w:rPr>
                <w:sz w:val="21"/>
              </w:rPr>
              <w:t>Anissia</w:t>
            </w:r>
          </w:p>
        </w:tc>
      </w:tr>
      <w:tr w:rsidR="00A12B94" w14:paraId="3272B698" w14:textId="77777777">
        <w:trPr>
          <w:cantSplit/>
          <w:jc w:val="center"/>
        </w:trPr>
        <w:tc>
          <w:tcPr>
            <w:tcW w:w="1728" w:type="dxa"/>
            <w:vAlign w:val="center"/>
          </w:tcPr>
          <w:p w14:paraId="186BCB42" w14:textId="77777777" w:rsidR="00A12B94" w:rsidRDefault="00000000">
            <w:pPr>
              <w:spacing w:after="0"/>
            </w:pPr>
            <w:r>
              <w:rPr>
                <w:sz w:val="21"/>
              </w:rPr>
              <w:t>3:00 p.m.</w:t>
            </w:r>
          </w:p>
        </w:tc>
        <w:tc>
          <w:tcPr>
            <w:tcW w:w="2448" w:type="dxa"/>
            <w:vAlign w:val="center"/>
          </w:tcPr>
          <w:p w14:paraId="7A616655" w14:textId="77777777" w:rsidR="00A12B94" w:rsidRDefault="00000000">
            <w:pPr>
              <w:spacing w:after="0"/>
            </w:pPr>
            <w:r>
              <w:rPr>
                <w:sz w:val="21"/>
              </w:rPr>
              <w:t>—</w:t>
            </w:r>
          </w:p>
        </w:tc>
        <w:tc>
          <w:tcPr>
            <w:tcW w:w="2448" w:type="dxa"/>
            <w:vAlign w:val="center"/>
          </w:tcPr>
          <w:p w14:paraId="059FD666" w14:textId="77777777" w:rsidR="00A12B94" w:rsidRDefault="00000000">
            <w:pPr>
              <w:spacing w:after="0"/>
            </w:pPr>
            <w:r>
              <w:rPr>
                <w:sz w:val="21"/>
              </w:rPr>
              <w:t>—</w:t>
            </w:r>
          </w:p>
        </w:tc>
        <w:tc>
          <w:tcPr>
            <w:tcW w:w="2448" w:type="dxa"/>
            <w:vAlign w:val="center"/>
          </w:tcPr>
          <w:p w14:paraId="5FF0C2EC" w14:textId="77777777" w:rsidR="00A12B94" w:rsidRDefault="00000000">
            <w:pPr>
              <w:spacing w:after="0"/>
            </w:pPr>
            <w:r>
              <w:rPr>
                <w:sz w:val="21"/>
              </w:rPr>
              <w:t>Anissia</w:t>
            </w:r>
          </w:p>
        </w:tc>
      </w:tr>
      <w:tr w:rsidR="00A12B94" w14:paraId="439FD0D3" w14:textId="77777777">
        <w:trPr>
          <w:cantSplit/>
          <w:jc w:val="center"/>
        </w:trPr>
        <w:tc>
          <w:tcPr>
            <w:tcW w:w="1728" w:type="dxa"/>
            <w:vAlign w:val="center"/>
          </w:tcPr>
          <w:p w14:paraId="75D3BD68" w14:textId="77777777" w:rsidR="00A12B94" w:rsidRDefault="00000000">
            <w:pPr>
              <w:spacing w:after="0"/>
            </w:pPr>
            <w:r>
              <w:rPr>
                <w:sz w:val="21"/>
              </w:rPr>
              <w:t>3:30 p.m.</w:t>
            </w:r>
          </w:p>
        </w:tc>
        <w:tc>
          <w:tcPr>
            <w:tcW w:w="2448" w:type="dxa"/>
            <w:vAlign w:val="center"/>
          </w:tcPr>
          <w:p w14:paraId="571636F7" w14:textId="77777777" w:rsidR="00A12B94" w:rsidRDefault="00000000">
            <w:pPr>
              <w:spacing w:after="0"/>
            </w:pPr>
            <w:r>
              <w:rPr>
                <w:sz w:val="21"/>
              </w:rPr>
              <w:t>—</w:t>
            </w:r>
          </w:p>
        </w:tc>
        <w:tc>
          <w:tcPr>
            <w:tcW w:w="2448" w:type="dxa"/>
            <w:vAlign w:val="center"/>
          </w:tcPr>
          <w:p w14:paraId="0A47890F" w14:textId="77777777" w:rsidR="00A12B94" w:rsidRDefault="00000000">
            <w:pPr>
              <w:spacing w:after="0"/>
            </w:pPr>
            <w:r>
              <w:rPr>
                <w:sz w:val="21"/>
              </w:rPr>
              <w:t>—</w:t>
            </w:r>
          </w:p>
        </w:tc>
        <w:tc>
          <w:tcPr>
            <w:tcW w:w="2448" w:type="dxa"/>
            <w:vAlign w:val="center"/>
          </w:tcPr>
          <w:p w14:paraId="7561CA6E" w14:textId="77777777" w:rsidR="00A12B94" w:rsidRDefault="00000000">
            <w:pPr>
              <w:spacing w:after="0"/>
            </w:pPr>
            <w:r>
              <w:rPr>
                <w:sz w:val="21"/>
              </w:rPr>
              <w:t>Anissia</w:t>
            </w:r>
          </w:p>
        </w:tc>
      </w:tr>
      <w:tr w:rsidR="00A12B94" w14:paraId="3995CBE9" w14:textId="77777777">
        <w:trPr>
          <w:cantSplit/>
          <w:jc w:val="center"/>
        </w:trPr>
        <w:tc>
          <w:tcPr>
            <w:tcW w:w="1728" w:type="dxa"/>
            <w:vAlign w:val="center"/>
          </w:tcPr>
          <w:p w14:paraId="651B1A06" w14:textId="77777777" w:rsidR="00A12B94" w:rsidRDefault="00000000">
            <w:pPr>
              <w:spacing w:after="0"/>
            </w:pPr>
            <w:r>
              <w:rPr>
                <w:sz w:val="21"/>
              </w:rPr>
              <w:t>4:00 p.m.</w:t>
            </w:r>
          </w:p>
        </w:tc>
        <w:tc>
          <w:tcPr>
            <w:tcW w:w="2448" w:type="dxa"/>
            <w:vAlign w:val="center"/>
          </w:tcPr>
          <w:p w14:paraId="5BC23D2F" w14:textId="77777777" w:rsidR="00A12B94" w:rsidRDefault="00000000">
            <w:pPr>
              <w:spacing w:after="0"/>
            </w:pPr>
            <w:r>
              <w:rPr>
                <w:sz w:val="21"/>
              </w:rPr>
              <w:t>—</w:t>
            </w:r>
          </w:p>
        </w:tc>
        <w:tc>
          <w:tcPr>
            <w:tcW w:w="2448" w:type="dxa"/>
            <w:vAlign w:val="center"/>
          </w:tcPr>
          <w:p w14:paraId="45B20838" w14:textId="77777777" w:rsidR="00A12B94" w:rsidRDefault="00000000">
            <w:pPr>
              <w:spacing w:after="0"/>
            </w:pPr>
            <w:r>
              <w:rPr>
                <w:sz w:val="21"/>
              </w:rPr>
              <w:t>—</w:t>
            </w:r>
          </w:p>
        </w:tc>
        <w:tc>
          <w:tcPr>
            <w:tcW w:w="2448" w:type="dxa"/>
            <w:vAlign w:val="center"/>
          </w:tcPr>
          <w:p w14:paraId="59F22582" w14:textId="77777777" w:rsidR="00A12B94" w:rsidRDefault="00000000">
            <w:pPr>
              <w:spacing w:after="0"/>
            </w:pPr>
            <w:r>
              <w:rPr>
                <w:sz w:val="21"/>
              </w:rPr>
              <w:t>Anissia</w:t>
            </w:r>
          </w:p>
        </w:tc>
      </w:tr>
    </w:tbl>
    <w:p w14:paraId="42BC81C3" w14:textId="77777777" w:rsidR="00A12B94" w:rsidRDefault="00A12B94"/>
    <w:p w14:paraId="54CAE0B1" w14:textId="77777777" w:rsidR="00A12B94" w:rsidRDefault="00000000">
      <w:pPr>
        <w:pStyle w:val="Heading1"/>
      </w:pPr>
      <w:r>
        <w:t>Tuesday</w:t>
      </w:r>
    </w:p>
    <w:p w14:paraId="061AD1C0" w14:textId="77777777" w:rsidR="00A12B94" w:rsidRDefault="00000000">
      <w:r>
        <w:rPr>
          <w:i/>
        </w:rPr>
        <w:t>Tuesday availability by support type.</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8"/>
        <w:gridCol w:w="2448"/>
        <w:gridCol w:w="2448"/>
        <w:gridCol w:w="2448"/>
      </w:tblGrid>
      <w:tr w:rsidR="00A12B94" w14:paraId="5B91B17F" w14:textId="77777777">
        <w:trPr>
          <w:tblHeader/>
          <w:jc w:val="center"/>
        </w:trPr>
        <w:tc>
          <w:tcPr>
            <w:tcW w:w="1728" w:type="dxa"/>
            <w:shd w:val="clear" w:color="auto" w:fill="D9EAF7"/>
            <w:vAlign w:val="center"/>
          </w:tcPr>
          <w:p w14:paraId="4DED785C" w14:textId="77777777" w:rsidR="00A12B94" w:rsidRDefault="00000000">
            <w:pPr>
              <w:spacing w:after="0"/>
            </w:pPr>
            <w:r>
              <w:rPr>
                <w:b/>
                <w:sz w:val="21"/>
              </w:rPr>
              <w:t>Time</w:t>
            </w:r>
          </w:p>
        </w:tc>
        <w:tc>
          <w:tcPr>
            <w:tcW w:w="2448" w:type="dxa"/>
            <w:shd w:val="clear" w:color="auto" w:fill="D9EAF7"/>
            <w:vAlign w:val="center"/>
          </w:tcPr>
          <w:p w14:paraId="2A2F3172" w14:textId="77777777" w:rsidR="00A12B94" w:rsidRDefault="00000000">
            <w:pPr>
              <w:spacing w:after="0"/>
            </w:pPr>
            <w:r>
              <w:rPr>
                <w:b/>
                <w:sz w:val="21"/>
              </w:rPr>
              <w:t>In Person</w:t>
            </w:r>
          </w:p>
        </w:tc>
        <w:tc>
          <w:tcPr>
            <w:tcW w:w="2448" w:type="dxa"/>
            <w:shd w:val="clear" w:color="auto" w:fill="D9EAF7"/>
            <w:vAlign w:val="center"/>
          </w:tcPr>
          <w:p w14:paraId="6F88BBF3" w14:textId="77777777" w:rsidR="00A12B94" w:rsidRDefault="00000000">
            <w:pPr>
              <w:spacing w:after="0"/>
            </w:pPr>
            <w:r>
              <w:rPr>
                <w:b/>
                <w:sz w:val="21"/>
              </w:rPr>
              <w:t>Online</w:t>
            </w:r>
          </w:p>
        </w:tc>
        <w:tc>
          <w:tcPr>
            <w:tcW w:w="2448" w:type="dxa"/>
            <w:shd w:val="clear" w:color="auto" w:fill="D9EAF7"/>
            <w:vAlign w:val="center"/>
          </w:tcPr>
          <w:p w14:paraId="6B9F5BCD" w14:textId="77777777" w:rsidR="00A12B94" w:rsidRDefault="00000000">
            <w:pPr>
              <w:spacing w:after="0"/>
            </w:pPr>
            <w:r>
              <w:rPr>
                <w:b/>
                <w:sz w:val="21"/>
              </w:rPr>
              <w:t>SMSS</w:t>
            </w:r>
          </w:p>
        </w:tc>
      </w:tr>
      <w:tr w:rsidR="00A12B94" w14:paraId="037B2B03" w14:textId="77777777">
        <w:trPr>
          <w:cantSplit/>
          <w:jc w:val="center"/>
        </w:trPr>
        <w:tc>
          <w:tcPr>
            <w:tcW w:w="1728" w:type="dxa"/>
            <w:vAlign w:val="center"/>
          </w:tcPr>
          <w:p w14:paraId="7F532FDF" w14:textId="77777777" w:rsidR="00A12B94" w:rsidRDefault="00000000">
            <w:pPr>
              <w:spacing w:after="0"/>
            </w:pPr>
            <w:r>
              <w:rPr>
                <w:sz w:val="21"/>
              </w:rPr>
              <w:t>9:30 a.m.</w:t>
            </w:r>
          </w:p>
        </w:tc>
        <w:tc>
          <w:tcPr>
            <w:tcW w:w="2448" w:type="dxa"/>
            <w:vAlign w:val="center"/>
          </w:tcPr>
          <w:p w14:paraId="35607CF1" w14:textId="77777777" w:rsidR="00A12B94" w:rsidRDefault="00000000">
            <w:pPr>
              <w:spacing w:after="0"/>
            </w:pPr>
            <w:r>
              <w:rPr>
                <w:sz w:val="21"/>
              </w:rPr>
              <w:t>—</w:t>
            </w:r>
          </w:p>
        </w:tc>
        <w:tc>
          <w:tcPr>
            <w:tcW w:w="2448" w:type="dxa"/>
            <w:vAlign w:val="center"/>
          </w:tcPr>
          <w:p w14:paraId="51A5F800" w14:textId="77777777" w:rsidR="00A12B94" w:rsidRDefault="00000000">
            <w:pPr>
              <w:spacing w:after="0"/>
            </w:pPr>
            <w:r>
              <w:rPr>
                <w:sz w:val="21"/>
              </w:rPr>
              <w:t>John</w:t>
            </w:r>
          </w:p>
        </w:tc>
        <w:tc>
          <w:tcPr>
            <w:tcW w:w="2448" w:type="dxa"/>
            <w:vAlign w:val="center"/>
          </w:tcPr>
          <w:p w14:paraId="6727F8A8" w14:textId="77777777" w:rsidR="00A12B94" w:rsidRDefault="00000000">
            <w:pPr>
              <w:spacing w:after="0"/>
            </w:pPr>
            <w:r>
              <w:rPr>
                <w:sz w:val="21"/>
              </w:rPr>
              <w:t>—</w:t>
            </w:r>
          </w:p>
        </w:tc>
      </w:tr>
      <w:tr w:rsidR="00A12B94" w14:paraId="6C4BA44B" w14:textId="77777777">
        <w:trPr>
          <w:cantSplit/>
          <w:jc w:val="center"/>
        </w:trPr>
        <w:tc>
          <w:tcPr>
            <w:tcW w:w="1728" w:type="dxa"/>
            <w:vAlign w:val="center"/>
          </w:tcPr>
          <w:p w14:paraId="272DCDBC" w14:textId="77777777" w:rsidR="00A12B94" w:rsidRDefault="00000000">
            <w:pPr>
              <w:spacing w:after="0"/>
            </w:pPr>
            <w:r>
              <w:rPr>
                <w:sz w:val="21"/>
              </w:rPr>
              <w:t>10:00 a.m.</w:t>
            </w:r>
          </w:p>
        </w:tc>
        <w:tc>
          <w:tcPr>
            <w:tcW w:w="2448" w:type="dxa"/>
            <w:vAlign w:val="center"/>
          </w:tcPr>
          <w:p w14:paraId="233A6F41" w14:textId="77777777" w:rsidR="00A12B94" w:rsidRDefault="00000000">
            <w:pPr>
              <w:spacing w:after="0"/>
            </w:pPr>
            <w:r>
              <w:rPr>
                <w:sz w:val="21"/>
              </w:rPr>
              <w:t>—</w:t>
            </w:r>
          </w:p>
        </w:tc>
        <w:tc>
          <w:tcPr>
            <w:tcW w:w="2448" w:type="dxa"/>
            <w:vAlign w:val="center"/>
          </w:tcPr>
          <w:p w14:paraId="13CACECF" w14:textId="77777777" w:rsidR="00A12B94" w:rsidRDefault="00000000">
            <w:pPr>
              <w:spacing w:after="0"/>
            </w:pPr>
            <w:r>
              <w:rPr>
                <w:sz w:val="21"/>
              </w:rPr>
              <w:t>John</w:t>
            </w:r>
          </w:p>
        </w:tc>
        <w:tc>
          <w:tcPr>
            <w:tcW w:w="2448" w:type="dxa"/>
            <w:vAlign w:val="center"/>
          </w:tcPr>
          <w:p w14:paraId="666C8588" w14:textId="77777777" w:rsidR="00A12B94" w:rsidRDefault="00000000">
            <w:pPr>
              <w:spacing w:after="0"/>
            </w:pPr>
            <w:r>
              <w:rPr>
                <w:sz w:val="21"/>
              </w:rPr>
              <w:t>—</w:t>
            </w:r>
          </w:p>
        </w:tc>
      </w:tr>
      <w:tr w:rsidR="00A12B94" w14:paraId="37A34480" w14:textId="77777777">
        <w:trPr>
          <w:cantSplit/>
          <w:jc w:val="center"/>
        </w:trPr>
        <w:tc>
          <w:tcPr>
            <w:tcW w:w="1728" w:type="dxa"/>
            <w:vAlign w:val="center"/>
          </w:tcPr>
          <w:p w14:paraId="2CEAD50C" w14:textId="77777777" w:rsidR="00A12B94" w:rsidRDefault="00000000">
            <w:pPr>
              <w:spacing w:after="0"/>
            </w:pPr>
            <w:r>
              <w:rPr>
                <w:sz w:val="21"/>
              </w:rPr>
              <w:t>10:30 a.m.</w:t>
            </w:r>
          </w:p>
        </w:tc>
        <w:tc>
          <w:tcPr>
            <w:tcW w:w="2448" w:type="dxa"/>
            <w:vAlign w:val="center"/>
          </w:tcPr>
          <w:p w14:paraId="47FBF451" w14:textId="77777777" w:rsidR="00A12B94" w:rsidRDefault="00000000">
            <w:pPr>
              <w:spacing w:after="0"/>
            </w:pPr>
            <w:r>
              <w:rPr>
                <w:sz w:val="21"/>
              </w:rPr>
              <w:t>—</w:t>
            </w:r>
          </w:p>
        </w:tc>
        <w:tc>
          <w:tcPr>
            <w:tcW w:w="2448" w:type="dxa"/>
            <w:vAlign w:val="center"/>
          </w:tcPr>
          <w:p w14:paraId="27D8A1CB" w14:textId="77777777" w:rsidR="00A12B94" w:rsidRDefault="00000000">
            <w:pPr>
              <w:spacing w:after="0"/>
            </w:pPr>
            <w:r>
              <w:rPr>
                <w:sz w:val="21"/>
              </w:rPr>
              <w:t>John</w:t>
            </w:r>
          </w:p>
        </w:tc>
        <w:tc>
          <w:tcPr>
            <w:tcW w:w="2448" w:type="dxa"/>
            <w:vAlign w:val="center"/>
          </w:tcPr>
          <w:p w14:paraId="3CC39E78" w14:textId="77777777" w:rsidR="00A12B94" w:rsidRDefault="00000000">
            <w:pPr>
              <w:spacing w:after="0"/>
            </w:pPr>
            <w:r>
              <w:rPr>
                <w:sz w:val="21"/>
              </w:rPr>
              <w:t>—</w:t>
            </w:r>
          </w:p>
        </w:tc>
      </w:tr>
      <w:tr w:rsidR="00A12B94" w14:paraId="0BE71E73" w14:textId="77777777">
        <w:trPr>
          <w:cantSplit/>
          <w:jc w:val="center"/>
        </w:trPr>
        <w:tc>
          <w:tcPr>
            <w:tcW w:w="1728" w:type="dxa"/>
            <w:vAlign w:val="center"/>
          </w:tcPr>
          <w:p w14:paraId="0D87B35A" w14:textId="77777777" w:rsidR="00A12B94" w:rsidRDefault="00000000">
            <w:pPr>
              <w:spacing w:after="0"/>
            </w:pPr>
            <w:r>
              <w:rPr>
                <w:sz w:val="21"/>
              </w:rPr>
              <w:t>11:00 a.m.</w:t>
            </w:r>
          </w:p>
        </w:tc>
        <w:tc>
          <w:tcPr>
            <w:tcW w:w="2448" w:type="dxa"/>
            <w:vAlign w:val="center"/>
          </w:tcPr>
          <w:p w14:paraId="29F836CC" w14:textId="77777777" w:rsidR="00A12B94" w:rsidRDefault="00000000">
            <w:pPr>
              <w:spacing w:after="0"/>
            </w:pPr>
            <w:r>
              <w:rPr>
                <w:sz w:val="21"/>
              </w:rPr>
              <w:t>—</w:t>
            </w:r>
          </w:p>
        </w:tc>
        <w:tc>
          <w:tcPr>
            <w:tcW w:w="2448" w:type="dxa"/>
            <w:vAlign w:val="center"/>
          </w:tcPr>
          <w:p w14:paraId="325B054E" w14:textId="77777777" w:rsidR="00A12B94" w:rsidRDefault="00000000">
            <w:pPr>
              <w:spacing w:after="0"/>
            </w:pPr>
            <w:r>
              <w:rPr>
                <w:sz w:val="21"/>
              </w:rPr>
              <w:t>—</w:t>
            </w:r>
          </w:p>
        </w:tc>
        <w:tc>
          <w:tcPr>
            <w:tcW w:w="2448" w:type="dxa"/>
            <w:vAlign w:val="center"/>
          </w:tcPr>
          <w:p w14:paraId="68E748F7" w14:textId="77777777" w:rsidR="00A12B94" w:rsidRDefault="00000000">
            <w:pPr>
              <w:spacing w:after="0"/>
            </w:pPr>
            <w:r>
              <w:rPr>
                <w:sz w:val="21"/>
              </w:rPr>
              <w:t>John</w:t>
            </w:r>
          </w:p>
        </w:tc>
      </w:tr>
      <w:tr w:rsidR="00A12B94" w14:paraId="4A2E1A1B" w14:textId="77777777">
        <w:trPr>
          <w:cantSplit/>
          <w:jc w:val="center"/>
        </w:trPr>
        <w:tc>
          <w:tcPr>
            <w:tcW w:w="1728" w:type="dxa"/>
            <w:vAlign w:val="center"/>
          </w:tcPr>
          <w:p w14:paraId="3C87D8C6" w14:textId="77777777" w:rsidR="00A12B94" w:rsidRDefault="00000000">
            <w:pPr>
              <w:spacing w:after="0"/>
            </w:pPr>
            <w:r>
              <w:rPr>
                <w:sz w:val="21"/>
              </w:rPr>
              <w:t>11:30 a.m.</w:t>
            </w:r>
          </w:p>
        </w:tc>
        <w:tc>
          <w:tcPr>
            <w:tcW w:w="2448" w:type="dxa"/>
            <w:vAlign w:val="center"/>
          </w:tcPr>
          <w:p w14:paraId="42940A35" w14:textId="77777777" w:rsidR="00A12B94" w:rsidRDefault="00000000">
            <w:pPr>
              <w:spacing w:after="0"/>
            </w:pPr>
            <w:r>
              <w:rPr>
                <w:sz w:val="21"/>
              </w:rPr>
              <w:t>—</w:t>
            </w:r>
          </w:p>
        </w:tc>
        <w:tc>
          <w:tcPr>
            <w:tcW w:w="2448" w:type="dxa"/>
            <w:vAlign w:val="center"/>
          </w:tcPr>
          <w:p w14:paraId="44586AC5" w14:textId="77777777" w:rsidR="00A12B94" w:rsidRDefault="00000000">
            <w:pPr>
              <w:spacing w:after="0"/>
            </w:pPr>
            <w:r>
              <w:rPr>
                <w:sz w:val="21"/>
              </w:rPr>
              <w:t>Anissia</w:t>
            </w:r>
          </w:p>
        </w:tc>
        <w:tc>
          <w:tcPr>
            <w:tcW w:w="2448" w:type="dxa"/>
            <w:vAlign w:val="center"/>
          </w:tcPr>
          <w:p w14:paraId="0F04E767" w14:textId="77777777" w:rsidR="00A12B94" w:rsidRDefault="00000000">
            <w:pPr>
              <w:spacing w:after="0"/>
            </w:pPr>
            <w:r>
              <w:rPr>
                <w:sz w:val="21"/>
              </w:rPr>
              <w:t>—</w:t>
            </w:r>
          </w:p>
        </w:tc>
      </w:tr>
      <w:tr w:rsidR="00A12B94" w14:paraId="0BF597C3" w14:textId="77777777">
        <w:trPr>
          <w:cantSplit/>
          <w:jc w:val="center"/>
        </w:trPr>
        <w:tc>
          <w:tcPr>
            <w:tcW w:w="1728" w:type="dxa"/>
            <w:vAlign w:val="center"/>
          </w:tcPr>
          <w:p w14:paraId="65AC66C8" w14:textId="77777777" w:rsidR="00A12B94" w:rsidRDefault="00000000">
            <w:pPr>
              <w:spacing w:after="0"/>
            </w:pPr>
            <w:r>
              <w:rPr>
                <w:sz w:val="21"/>
              </w:rPr>
              <w:t>12:00 p.m.</w:t>
            </w:r>
          </w:p>
        </w:tc>
        <w:tc>
          <w:tcPr>
            <w:tcW w:w="2448" w:type="dxa"/>
            <w:vAlign w:val="center"/>
          </w:tcPr>
          <w:p w14:paraId="21EFF2DB" w14:textId="77777777" w:rsidR="00A12B94" w:rsidRDefault="00000000">
            <w:pPr>
              <w:spacing w:after="0"/>
            </w:pPr>
            <w:r>
              <w:rPr>
                <w:sz w:val="21"/>
              </w:rPr>
              <w:t>—</w:t>
            </w:r>
          </w:p>
        </w:tc>
        <w:tc>
          <w:tcPr>
            <w:tcW w:w="2448" w:type="dxa"/>
            <w:vAlign w:val="center"/>
          </w:tcPr>
          <w:p w14:paraId="0D447A21" w14:textId="77777777" w:rsidR="00A12B94" w:rsidRDefault="00000000">
            <w:pPr>
              <w:spacing w:after="0"/>
            </w:pPr>
            <w:r>
              <w:rPr>
                <w:sz w:val="21"/>
              </w:rPr>
              <w:t>Anissia</w:t>
            </w:r>
          </w:p>
        </w:tc>
        <w:tc>
          <w:tcPr>
            <w:tcW w:w="2448" w:type="dxa"/>
            <w:vAlign w:val="center"/>
          </w:tcPr>
          <w:p w14:paraId="170DEACE" w14:textId="77777777" w:rsidR="00A12B94" w:rsidRDefault="00000000">
            <w:pPr>
              <w:spacing w:after="0"/>
            </w:pPr>
            <w:r>
              <w:rPr>
                <w:sz w:val="21"/>
              </w:rPr>
              <w:t>—</w:t>
            </w:r>
          </w:p>
        </w:tc>
      </w:tr>
      <w:tr w:rsidR="00A12B94" w14:paraId="696108C3" w14:textId="77777777">
        <w:trPr>
          <w:cantSplit/>
          <w:jc w:val="center"/>
        </w:trPr>
        <w:tc>
          <w:tcPr>
            <w:tcW w:w="1728" w:type="dxa"/>
            <w:vAlign w:val="center"/>
          </w:tcPr>
          <w:p w14:paraId="67CBCCC9" w14:textId="77777777" w:rsidR="00A12B94" w:rsidRDefault="00000000">
            <w:pPr>
              <w:spacing w:after="0"/>
            </w:pPr>
            <w:r>
              <w:rPr>
                <w:sz w:val="21"/>
              </w:rPr>
              <w:t>12:30 p.m.</w:t>
            </w:r>
          </w:p>
        </w:tc>
        <w:tc>
          <w:tcPr>
            <w:tcW w:w="2448" w:type="dxa"/>
            <w:vAlign w:val="center"/>
          </w:tcPr>
          <w:p w14:paraId="107C16A9" w14:textId="77777777" w:rsidR="00A12B94" w:rsidRDefault="00000000">
            <w:pPr>
              <w:spacing w:after="0"/>
            </w:pPr>
            <w:r>
              <w:rPr>
                <w:sz w:val="21"/>
              </w:rPr>
              <w:t>—</w:t>
            </w:r>
          </w:p>
        </w:tc>
        <w:tc>
          <w:tcPr>
            <w:tcW w:w="2448" w:type="dxa"/>
            <w:vAlign w:val="center"/>
          </w:tcPr>
          <w:p w14:paraId="037E0A7E" w14:textId="77777777" w:rsidR="00A12B94" w:rsidRDefault="00000000">
            <w:pPr>
              <w:spacing w:after="0"/>
            </w:pPr>
            <w:r>
              <w:rPr>
                <w:sz w:val="21"/>
              </w:rPr>
              <w:t>Anissia</w:t>
            </w:r>
          </w:p>
        </w:tc>
        <w:tc>
          <w:tcPr>
            <w:tcW w:w="2448" w:type="dxa"/>
            <w:vAlign w:val="center"/>
          </w:tcPr>
          <w:p w14:paraId="156546FD" w14:textId="77777777" w:rsidR="00A12B94" w:rsidRDefault="00000000">
            <w:pPr>
              <w:spacing w:after="0"/>
            </w:pPr>
            <w:r>
              <w:rPr>
                <w:sz w:val="21"/>
              </w:rPr>
              <w:t>—</w:t>
            </w:r>
          </w:p>
        </w:tc>
      </w:tr>
      <w:tr w:rsidR="00A12B94" w14:paraId="2ADF0DEF" w14:textId="77777777">
        <w:trPr>
          <w:cantSplit/>
          <w:jc w:val="center"/>
        </w:trPr>
        <w:tc>
          <w:tcPr>
            <w:tcW w:w="1728" w:type="dxa"/>
            <w:vAlign w:val="center"/>
          </w:tcPr>
          <w:p w14:paraId="4A9A0B2A" w14:textId="77777777" w:rsidR="00A12B94" w:rsidRDefault="00000000">
            <w:pPr>
              <w:spacing w:after="0"/>
            </w:pPr>
            <w:r>
              <w:rPr>
                <w:sz w:val="21"/>
              </w:rPr>
              <w:t>1:00 p.m.</w:t>
            </w:r>
          </w:p>
        </w:tc>
        <w:tc>
          <w:tcPr>
            <w:tcW w:w="2448" w:type="dxa"/>
            <w:vAlign w:val="center"/>
          </w:tcPr>
          <w:p w14:paraId="12AB1A6F" w14:textId="77777777" w:rsidR="00A12B94" w:rsidRDefault="00000000">
            <w:pPr>
              <w:spacing w:after="0"/>
            </w:pPr>
            <w:r>
              <w:rPr>
                <w:sz w:val="21"/>
              </w:rPr>
              <w:t>—</w:t>
            </w:r>
          </w:p>
        </w:tc>
        <w:tc>
          <w:tcPr>
            <w:tcW w:w="2448" w:type="dxa"/>
            <w:vAlign w:val="center"/>
          </w:tcPr>
          <w:p w14:paraId="4921D570" w14:textId="77777777" w:rsidR="00A12B94" w:rsidRDefault="00000000">
            <w:pPr>
              <w:spacing w:after="0"/>
            </w:pPr>
            <w:r>
              <w:rPr>
                <w:sz w:val="21"/>
              </w:rPr>
              <w:t>Anissia</w:t>
            </w:r>
          </w:p>
        </w:tc>
        <w:tc>
          <w:tcPr>
            <w:tcW w:w="2448" w:type="dxa"/>
            <w:vAlign w:val="center"/>
          </w:tcPr>
          <w:p w14:paraId="3205FD9C" w14:textId="77777777" w:rsidR="00A12B94" w:rsidRDefault="00000000">
            <w:pPr>
              <w:spacing w:after="0"/>
            </w:pPr>
            <w:r>
              <w:rPr>
                <w:sz w:val="21"/>
              </w:rPr>
              <w:t>—</w:t>
            </w:r>
          </w:p>
        </w:tc>
      </w:tr>
      <w:tr w:rsidR="00A12B94" w14:paraId="5F02C43A" w14:textId="77777777">
        <w:trPr>
          <w:cantSplit/>
          <w:jc w:val="center"/>
        </w:trPr>
        <w:tc>
          <w:tcPr>
            <w:tcW w:w="1728" w:type="dxa"/>
            <w:vAlign w:val="center"/>
          </w:tcPr>
          <w:p w14:paraId="4A264F82" w14:textId="77777777" w:rsidR="00A12B94" w:rsidRDefault="00000000">
            <w:pPr>
              <w:spacing w:after="0"/>
            </w:pPr>
            <w:r>
              <w:rPr>
                <w:sz w:val="21"/>
              </w:rPr>
              <w:t>1:30 p.m.</w:t>
            </w:r>
          </w:p>
        </w:tc>
        <w:tc>
          <w:tcPr>
            <w:tcW w:w="2448" w:type="dxa"/>
            <w:vAlign w:val="center"/>
          </w:tcPr>
          <w:p w14:paraId="3AC50538" w14:textId="77777777" w:rsidR="00A12B94" w:rsidRDefault="00000000">
            <w:pPr>
              <w:spacing w:after="0"/>
            </w:pPr>
            <w:r>
              <w:rPr>
                <w:sz w:val="21"/>
              </w:rPr>
              <w:t>Henrietta</w:t>
            </w:r>
          </w:p>
        </w:tc>
        <w:tc>
          <w:tcPr>
            <w:tcW w:w="2448" w:type="dxa"/>
            <w:vAlign w:val="center"/>
          </w:tcPr>
          <w:p w14:paraId="33660AC3" w14:textId="77777777" w:rsidR="00A12B94" w:rsidRDefault="00000000">
            <w:pPr>
              <w:spacing w:after="0"/>
            </w:pPr>
            <w:r>
              <w:rPr>
                <w:sz w:val="21"/>
              </w:rPr>
              <w:t>Anissia</w:t>
            </w:r>
          </w:p>
        </w:tc>
        <w:tc>
          <w:tcPr>
            <w:tcW w:w="2448" w:type="dxa"/>
            <w:vAlign w:val="center"/>
          </w:tcPr>
          <w:p w14:paraId="6CB7B760" w14:textId="77777777" w:rsidR="00A12B94" w:rsidRDefault="00000000">
            <w:pPr>
              <w:spacing w:after="0"/>
            </w:pPr>
            <w:r>
              <w:rPr>
                <w:sz w:val="21"/>
              </w:rPr>
              <w:t>John</w:t>
            </w:r>
          </w:p>
        </w:tc>
      </w:tr>
      <w:tr w:rsidR="00A12B94" w14:paraId="6F23C189" w14:textId="77777777">
        <w:trPr>
          <w:cantSplit/>
          <w:jc w:val="center"/>
        </w:trPr>
        <w:tc>
          <w:tcPr>
            <w:tcW w:w="1728" w:type="dxa"/>
            <w:vAlign w:val="center"/>
          </w:tcPr>
          <w:p w14:paraId="082EC3B5" w14:textId="77777777" w:rsidR="00A12B94" w:rsidRDefault="00000000">
            <w:pPr>
              <w:spacing w:after="0"/>
            </w:pPr>
            <w:r>
              <w:rPr>
                <w:sz w:val="21"/>
              </w:rPr>
              <w:t>2:00 p.m.</w:t>
            </w:r>
          </w:p>
        </w:tc>
        <w:tc>
          <w:tcPr>
            <w:tcW w:w="2448" w:type="dxa"/>
            <w:vAlign w:val="center"/>
          </w:tcPr>
          <w:p w14:paraId="0516BA0B" w14:textId="77777777" w:rsidR="00A12B94" w:rsidRDefault="00000000">
            <w:pPr>
              <w:spacing w:after="0"/>
            </w:pPr>
            <w:r>
              <w:rPr>
                <w:sz w:val="21"/>
              </w:rPr>
              <w:t>Henrietta</w:t>
            </w:r>
          </w:p>
        </w:tc>
        <w:tc>
          <w:tcPr>
            <w:tcW w:w="2448" w:type="dxa"/>
            <w:vAlign w:val="center"/>
          </w:tcPr>
          <w:p w14:paraId="53EBEFD1" w14:textId="77777777" w:rsidR="00A12B94" w:rsidRDefault="00000000">
            <w:pPr>
              <w:spacing w:after="0"/>
            </w:pPr>
            <w:r>
              <w:rPr>
                <w:sz w:val="21"/>
              </w:rPr>
              <w:t>Anissia</w:t>
            </w:r>
          </w:p>
        </w:tc>
        <w:tc>
          <w:tcPr>
            <w:tcW w:w="2448" w:type="dxa"/>
            <w:vAlign w:val="center"/>
          </w:tcPr>
          <w:p w14:paraId="1D5C0B21" w14:textId="77777777" w:rsidR="00A12B94" w:rsidRDefault="00000000">
            <w:pPr>
              <w:spacing w:after="0"/>
            </w:pPr>
            <w:r>
              <w:rPr>
                <w:sz w:val="21"/>
              </w:rPr>
              <w:t>John</w:t>
            </w:r>
          </w:p>
        </w:tc>
      </w:tr>
      <w:tr w:rsidR="00A12B94" w14:paraId="2F9AA35A" w14:textId="77777777">
        <w:trPr>
          <w:cantSplit/>
          <w:jc w:val="center"/>
        </w:trPr>
        <w:tc>
          <w:tcPr>
            <w:tcW w:w="1728" w:type="dxa"/>
            <w:vAlign w:val="center"/>
          </w:tcPr>
          <w:p w14:paraId="49C488B9" w14:textId="77777777" w:rsidR="00A12B94" w:rsidRDefault="00000000">
            <w:pPr>
              <w:spacing w:after="0"/>
            </w:pPr>
            <w:r>
              <w:rPr>
                <w:sz w:val="21"/>
              </w:rPr>
              <w:t>2:30 p.m.</w:t>
            </w:r>
          </w:p>
        </w:tc>
        <w:tc>
          <w:tcPr>
            <w:tcW w:w="2448" w:type="dxa"/>
            <w:vAlign w:val="center"/>
          </w:tcPr>
          <w:p w14:paraId="13BE070A" w14:textId="77777777" w:rsidR="00A12B94" w:rsidRDefault="00000000">
            <w:pPr>
              <w:spacing w:after="0"/>
            </w:pPr>
            <w:r>
              <w:rPr>
                <w:sz w:val="21"/>
              </w:rPr>
              <w:t>Henrietta</w:t>
            </w:r>
          </w:p>
        </w:tc>
        <w:tc>
          <w:tcPr>
            <w:tcW w:w="2448" w:type="dxa"/>
            <w:vAlign w:val="center"/>
          </w:tcPr>
          <w:p w14:paraId="7C20B856" w14:textId="77777777" w:rsidR="00A12B94" w:rsidRDefault="00000000">
            <w:pPr>
              <w:spacing w:after="0"/>
            </w:pPr>
            <w:r>
              <w:rPr>
                <w:sz w:val="21"/>
              </w:rPr>
              <w:t>Anissia</w:t>
            </w:r>
          </w:p>
        </w:tc>
        <w:tc>
          <w:tcPr>
            <w:tcW w:w="2448" w:type="dxa"/>
            <w:vAlign w:val="center"/>
          </w:tcPr>
          <w:p w14:paraId="0E4CB3CE" w14:textId="77777777" w:rsidR="00A12B94" w:rsidRDefault="00000000">
            <w:pPr>
              <w:spacing w:after="0"/>
            </w:pPr>
            <w:r>
              <w:rPr>
                <w:sz w:val="21"/>
              </w:rPr>
              <w:t>—</w:t>
            </w:r>
          </w:p>
        </w:tc>
      </w:tr>
      <w:tr w:rsidR="00A12B94" w14:paraId="61F9A987" w14:textId="77777777">
        <w:trPr>
          <w:cantSplit/>
          <w:jc w:val="center"/>
        </w:trPr>
        <w:tc>
          <w:tcPr>
            <w:tcW w:w="1728" w:type="dxa"/>
            <w:vAlign w:val="center"/>
          </w:tcPr>
          <w:p w14:paraId="5A799267" w14:textId="77777777" w:rsidR="00A12B94" w:rsidRDefault="00000000">
            <w:pPr>
              <w:spacing w:after="0"/>
            </w:pPr>
            <w:r>
              <w:rPr>
                <w:sz w:val="21"/>
              </w:rPr>
              <w:t>3:00 p.m.</w:t>
            </w:r>
          </w:p>
        </w:tc>
        <w:tc>
          <w:tcPr>
            <w:tcW w:w="2448" w:type="dxa"/>
            <w:vAlign w:val="center"/>
          </w:tcPr>
          <w:p w14:paraId="04F26A0A" w14:textId="77777777" w:rsidR="00A12B94" w:rsidRDefault="00000000">
            <w:pPr>
              <w:spacing w:after="0"/>
            </w:pPr>
            <w:r>
              <w:rPr>
                <w:sz w:val="21"/>
              </w:rPr>
              <w:t>Henrietta</w:t>
            </w:r>
          </w:p>
        </w:tc>
        <w:tc>
          <w:tcPr>
            <w:tcW w:w="2448" w:type="dxa"/>
            <w:vAlign w:val="center"/>
          </w:tcPr>
          <w:p w14:paraId="62DAB555" w14:textId="77777777" w:rsidR="00A12B94" w:rsidRDefault="00000000">
            <w:pPr>
              <w:spacing w:after="0"/>
            </w:pPr>
            <w:r>
              <w:rPr>
                <w:sz w:val="21"/>
              </w:rPr>
              <w:t>Anissia</w:t>
            </w:r>
          </w:p>
        </w:tc>
        <w:tc>
          <w:tcPr>
            <w:tcW w:w="2448" w:type="dxa"/>
            <w:vAlign w:val="center"/>
          </w:tcPr>
          <w:p w14:paraId="7B6B6474" w14:textId="77777777" w:rsidR="00A12B94" w:rsidRDefault="00000000">
            <w:pPr>
              <w:spacing w:after="0"/>
            </w:pPr>
            <w:r>
              <w:rPr>
                <w:sz w:val="21"/>
              </w:rPr>
              <w:t>—</w:t>
            </w:r>
          </w:p>
        </w:tc>
      </w:tr>
      <w:tr w:rsidR="00A12B94" w14:paraId="5EF3B378" w14:textId="77777777">
        <w:trPr>
          <w:cantSplit/>
          <w:jc w:val="center"/>
        </w:trPr>
        <w:tc>
          <w:tcPr>
            <w:tcW w:w="1728" w:type="dxa"/>
            <w:vAlign w:val="center"/>
          </w:tcPr>
          <w:p w14:paraId="41E995C1" w14:textId="77777777" w:rsidR="00A12B94" w:rsidRDefault="00000000">
            <w:pPr>
              <w:spacing w:after="0"/>
            </w:pPr>
            <w:r>
              <w:rPr>
                <w:sz w:val="21"/>
              </w:rPr>
              <w:t>3:30 p.m.</w:t>
            </w:r>
          </w:p>
        </w:tc>
        <w:tc>
          <w:tcPr>
            <w:tcW w:w="2448" w:type="dxa"/>
            <w:vAlign w:val="center"/>
          </w:tcPr>
          <w:p w14:paraId="3922F4AA" w14:textId="77777777" w:rsidR="00A12B94" w:rsidRDefault="00000000">
            <w:pPr>
              <w:spacing w:after="0"/>
            </w:pPr>
            <w:r>
              <w:rPr>
                <w:sz w:val="21"/>
              </w:rPr>
              <w:t>Henrietta</w:t>
            </w:r>
          </w:p>
        </w:tc>
        <w:tc>
          <w:tcPr>
            <w:tcW w:w="2448" w:type="dxa"/>
            <w:vAlign w:val="center"/>
          </w:tcPr>
          <w:p w14:paraId="0D10F8A6" w14:textId="77777777" w:rsidR="00A12B94" w:rsidRDefault="00000000">
            <w:pPr>
              <w:spacing w:after="0"/>
            </w:pPr>
            <w:r>
              <w:rPr>
                <w:sz w:val="21"/>
              </w:rPr>
              <w:t>Anissia</w:t>
            </w:r>
          </w:p>
        </w:tc>
        <w:tc>
          <w:tcPr>
            <w:tcW w:w="2448" w:type="dxa"/>
            <w:vAlign w:val="center"/>
          </w:tcPr>
          <w:p w14:paraId="5F1FB871" w14:textId="77777777" w:rsidR="00A12B94" w:rsidRDefault="00000000">
            <w:pPr>
              <w:spacing w:after="0"/>
            </w:pPr>
            <w:r>
              <w:rPr>
                <w:sz w:val="21"/>
              </w:rPr>
              <w:t>—</w:t>
            </w:r>
          </w:p>
        </w:tc>
      </w:tr>
      <w:tr w:rsidR="00A12B94" w14:paraId="111828E2" w14:textId="77777777">
        <w:trPr>
          <w:cantSplit/>
          <w:jc w:val="center"/>
        </w:trPr>
        <w:tc>
          <w:tcPr>
            <w:tcW w:w="1728" w:type="dxa"/>
            <w:vAlign w:val="center"/>
          </w:tcPr>
          <w:p w14:paraId="4638FC6D" w14:textId="77777777" w:rsidR="00A12B94" w:rsidRDefault="00000000">
            <w:pPr>
              <w:spacing w:after="0"/>
            </w:pPr>
            <w:r>
              <w:rPr>
                <w:sz w:val="21"/>
              </w:rPr>
              <w:t>4:00 p.m.</w:t>
            </w:r>
          </w:p>
        </w:tc>
        <w:tc>
          <w:tcPr>
            <w:tcW w:w="2448" w:type="dxa"/>
            <w:vAlign w:val="center"/>
          </w:tcPr>
          <w:p w14:paraId="1338C8C7" w14:textId="77777777" w:rsidR="00A12B94" w:rsidRDefault="00000000">
            <w:pPr>
              <w:spacing w:after="0"/>
            </w:pPr>
            <w:r>
              <w:rPr>
                <w:sz w:val="21"/>
              </w:rPr>
              <w:t>Henrietta</w:t>
            </w:r>
          </w:p>
        </w:tc>
        <w:tc>
          <w:tcPr>
            <w:tcW w:w="2448" w:type="dxa"/>
            <w:vAlign w:val="center"/>
          </w:tcPr>
          <w:p w14:paraId="047B3258" w14:textId="77777777" w:rsidR="00A12B94" w:rsidRDefault="00000000">
            <w:pPr>
              <w:spacing w:after="0"/>
            </w:pPr>
            <w:r>
              <w:rPr>
                <w:sz w:val="21"/>
              </w:rPr>
              <w:t>Anissia</w:t>
            </w:r>
          </w:p>
        </w:tc>
        <w:tc>
          <w:tcPr>
            <w:tcW w:w="2448" w:type="dxa"/>
            <w:vAlign w:val="center"/>
          </w:tcPr>
          <w:p w14:paraId="0547085A" w14:textId="77777777" w:rsidR="00A12B94" w:rsidRDefault="00000000">
            <w:pPr>
              <w:spacing w:after="0"/>
            </w:pPr>
            <w:r>
              <w:rPr>
                <w:sz w:val="21"/>
              </w:rPr>
              <w:t>—</w:t>
            </w:r>
          </w:p>
        </w:tc>
      </w:tr>
      <w:tr w:rsidR="00A12B94" w14:paraId="0D69CDC0" w14:textId="77777777">
        <w:trPr>
          <w:cantSplit/>
          <w:jc w:val="center"/>
        </w:trPr>
        <w:tc>
          <w:tcPr>
            <w:tcW w:w="1728" w:type="dxa"/>
            <w:vAlign w:val="center"/>
          </w:tcPr>
          <w:p w14:paraId="66E524D1" w14:textId="77777777" w:rsidR="00A12B94" w:rsidRDefault="00000000">
            <w:pPr>
              <w:spacing w:after="0"/>
            </w:pPr>
            <w:r>
              <w:rPr>
                <w:sz w:val="21"/>
              </w:rPr>
              <w:t>4:30 p.m.</w:t>
            </w:r>
          </w:p>
        </w:tc>
        <w:tc>
          <w:tcPr>
            <w:tcW w:w="2448" w:type="dxa"/>
            <w:vAlign w:val="center"/>
          </w:tcPr>
          <w:p w14:paraId="7FC24109" w14:textId="77777777" w:rsidR="00A12B94" w:rsidRDefault="00000000">
            <w:pPr>
              <w:spacing w:after="0"/>
            </w:pPr>
            <w:r>
              <w:rPr>
                <w:sz w:val="21"/>
              </w:rPr>
              <w:t>Henrietta</w:t>
            </w:r>
          </w:p>
        </w:tc>
        <w:tc>
          <w:tcPr>
            <w:tcW w:w="2448" w:type="dxa"/>
            <w:vAlign w:val="center"/>
          </w:tcPr>
          <w:p w14:paraId="5A45F1AD" w14:textId="77777777" w:rsidR="00A12B94" w:rsidRDefault="00000000">
            <w:pPr>
              <w:spacing w:after="0"/>
            </w:pPr>
            <w:r>
              <w:rPr>
                <w:sz w:val="21"/>
              </w:rPr>
              <w:t>Anissia</w:t>
            </w:r>
          </w:p>
        </w:tc>
        <w:tc>
          <w:tcPr>
            <w:tcW w:w="2448" w:type="dxa"/>
            <w:vAlign w:val="center"/>
          </w:tcPr>
          <w:p w14:paraId="485559FB" w14:textId="77777777" w:rsidR="00A12B94" w:rsidRDefault="00000000">
            <w:pPr>
              <w:spacing w:after="0"/>
            </w:pPr>
            <w:r>
              <w:rPr>
                <w:sz w:val="21"/>
              </w:rPr>
              <w:t>—</w:t>
            </w:r>
          </w:p>
        </w:tc>
      </w:tr>
      <w:tr w:rsidR="00A12B94" w14:paraId="2D66418F" w14:textId="77777777">
        <w:trPr>
          <w:cantSplit/>
          <w:jc w:val="center"/>
        </w:trPr>
        <w:tc>
          <w:tcPr>
            <w:tcW w:w="1728" w:type="dxa"/>
            <w:vAlign w:val="center"/>
          </w:tcPr>
          <w:p w14:paraId="2F06F0E1" w14:textId="77777777" w:rsidR="00A12B94" w:rsidRDefault="00000000">
            <w:pPr>
              <w:spacing w:after="0"/>
            </w:pPr>
            <w:r>
              <w:rPr>
                <w:sz w:val="21"/>
              </w:rPr>
              <w:t>5:00 p.m.</w:t>
            </w:r>
          </w:p>
        </w:tc>
        <w:tc>
          <w:tcPr>
            <w:tcW w:w="2448" w:type="dxa"/>
            <w:vAlign w:val="center"/>
          </w:tcPr>
          <w:p w14:paraId="3853AF12" w14:textId="77777777" w:rsidR="00A12B94" w:rsidRDefault="00000000">
            <w:pPr>
              <w:spacing w:after="0"/>
            </w:pPr>
            <w:r>
              <w:rPr>
                <w:sz w:val="21"/>
              </w:rPr>
              <w:t>Henrietta</w:t>
            </w:r>
          </w:p>
        </w:tc>
        <w:tc>
          <w:tcPr>
            <w:tcW w:w="2448" w:type="dxa"/>
            <w:vAlign w:val="center"/>
          </w:tcPr>
          <w:p w14:paraId="7D701C61" w14:textId="77777777" w:rsidR="00A12B94" w:rsidRDefault="00000000">
            <w:pPr>
              <w:spacing w:after="0"/>
            </w:pPr>
            <w:r>
              <w:rPr>
                <w:sz w:val="21"/>
              </w:rPr>
              <w:t>Anissia</w:t>
            </w:r>
          </w:p>
        </w:tc>
        <w:tc>
          <w:tcPr>
            <w:tcW w:w="2448" w:type="dxa"/>
            <w:vAlign w:val="center"/>
          </w:tcPr>
          <w:p w14:paraId="50FDA315" w14:textId="77777777" w:rsidR="00A12B94" w:rsidRDefault="00000000">
            <w:pPr>
              <w:spacing w:after="0"/>
            </w:pPr>
            <w:r>
              <w:rPr>
                <w:sz w:val="21"/>
              </w:rPr>
              <w:t>—</w:t>
            </w:r>
          </w:p>
        </w:tc>
      </w:tr>
    </w:tbl>
    <w:p w14:paraId="46EDD820" w14:textId="77777777" w:rsidR="00A12B94" w:rsidRDefault="00A12B94"/>
    <w:p w14:paraId="4CB13025" w14:textId="77777777" w:rsidR="00C4008E" w:rsidRDefault="00C4008E"/>
    <w:p w14:paraId="2D8920EA" w14:textId="77777777" w:rsidR="00A12B94" w:rsidRDefault="00000000">
      <w:pPr>
        <w:pStyle w:val="Heading1"/>
      </w:pPr>
      <w:r>
        <w:t>Wednesday</w:t>
      </w:r>
    </w:p>
    <w:p w14:paraId="00C069F5" w14:textId="77777777" w:rsidR="00A12B94" w:rsidRDefault="00000000">
      <w:r>
        <w:rPr>
          <w:i/>
        </w:rPr>
        <w:t>Wednesday availability by support type.</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8"/>
        <w:gridCol w:w="2448"/>
        <w:gridCol w:w="2448"/>
        <w:gridCol w:w="2448"/>
      </w:tblGrid>
      <w:tr w:rsidR="00A12B94" w14:paraId="1D10D323" w14:textId="77777777">
        <w:trPr>
          <w:tblHeader/>
          <w:jc w:val="center"/>
        </w:trPr>
        <w:tc>
          <w:tcPr>
            <w:tcW w:w="1728" w:type="dxa"/>
            <w:shd w:val="clear" w:color="auto" w:fill="D9EAF7"/>
            <w:vAlign w:val="center"/>
          </w:tcPr>
          <w:p w14:paraId="70AD9146" w14:textId="77777777" w:rsidR="00A12B94" w:rsidRDefault="00000000">
            <w:pPr>
              <w:spacing w:after="0"/>
            </w:pPr>
            <w:r>
              <w:rPr>
                <w:b/>
                <w:sz w:val="21"/>
              </w:rPr>
              <w:t>Time</w:t>
            </w:r>
          </w:p>
        </w:tc>
        <w:tc>
          <w:tcPr>
            <w:tcW w:w="2448" w:type="dxa"/>
            <w:shd w:val="clear" w:color="auto" w:fill="D9EAF7"/>
            <w:vAlign w:val="center"/>
          </w:tcPr>
          <w:p w14:paraId="4DAB3041" w14:textId="77777777" w:rsidR="00A12B94" w:rsidRDefault="00000000">
            <w:pPr>
              <w:spacing w:after="0"/>
            </w:pPr>
            <w:r>
              <w:rPr>
                <w:b/>
                <w:sz w:val="21"/>
              </w:rPr>
              <w:t>In Person</w:t>
            </w:r>
          </w:p>
        </w:tc>
        <w:tc>
          <w:tcPr>
            <w:tcW w:w="2448" w:type="dxa"/>
            <w:shd w:val="clear" w:color="auto" w:fill="D9EAF7"/>
            <w:vAlign w:val="center"/>
          </w:tcPr>
          <w:p w14:paraId="3B66FC5D" w14:textId="77777777" w:rsidR="00A12B94" w:rsidRDefault="00000000">
            <w:pPr>
              <w:spacing w:after="0"/>
            </w:pPr>
            <w:r>
              <w:rPr>
                <w:b/>
                <w:sz w:val="21"/>
              </w:rPr>
              <w:t>Online</w:t>
            </w:r>
          </w:p>
        </w:tc>
        <w:tc>
          <w:tcPr>
            <w:tcW w:w="2448" w:type="dxa"/>
            <w:shd w:val="clear" w:color="auto" w:fill="D9EAF7"/>
            <w:vAlign w:val="center"/>
          </w:tcPr>
          <w:p w14:paraId="78EC51F3" w14:textId="77777777" w:rsidR="00A12B94" w:rsidRDefault="00000000">
            <w:pPr>
              <w:spacing w:after="0"/>
            </w:pPr>
            <w:r>
              <w:rPr>
                <w:b/>
                <w:sz w:val="21"/>
              </w:rPr>
              <w:t>SMSS</w:t>
            </w:r>
          </w:p>
        </w:tc>
      </w:tr>
      <w:tr w:rsidR="00A12B94" w14:paraId="744174AB" w14:textId="77777777">
        <w:trPr>
          <w:cantSplit/>
          <w:jc w:val="center"/>
        </w:trPr>
        <w:tc>
          <w:tcPr>
            <w:tcW w:w="1728" w:type="dxa"/>
            <w:vAlign w:val="center"/>
          </w:tcPr>
          <w:p w14:paraId="2980A2EF" w14:textId="77777777" w:rsidR="00A12B94" w:rsidRDefault="00000000">
            <w:pPr>
              <w:spacing w:after="0"/>
            </w:pPr>
            <w:r>
              <w:rPr>
                <w:sz w:val="21"/>
              </w:rPr>
              <w:t>11:30 a.m.</w:t>
            </w:r>
          </w:p>
        </w:tc>
        <w:tc>
          <w:tcPr>
            <w:tcW w:w="2448" w:type="dxa"/>
            <w:vAlign w:val="center"/>
          </w:tcPr>
          <w:p w14:paraId="46F76DA9" w14:textId="77777777" w:rsidR="00A12B94" w:rsidRDefault="00000000">
            <w:pPr>
              <w:spacing w:after="0"/>
            </w:pPr>
            <w:r>
              <w:rPr>
                <w:sz w:val="21"/>
              </w:rPr>
              <w:t>—</w:t>
            </w:r>
          </w:p>
        </w:tc>
        <w:tc>
          <w:tcPr>
            <w:tcW w:w="2448" w:type="dxa"/>
            <w:vAlign w:val="center"/>
          </w:tcPr>
          <w:p w14:paraId="1D36C723" w14:textId="77777777" w:rsidR="00A12B94" w:rsidRDefault="00000000">
            <w:pPr>
              <w:spacing w:after="0"/>
            </w:pPr>
            <w:r>
              <w:rPr>
                <w:sz w:val="21"/>
              </w:rPr>
              <w:t>—</w:t>
            </w:r>
          </w:p>
        </w:tc>
        <w:tc>
          <w:tcPr>
            <w:tcW w:w="2448" w:type="dxa"/>
            <w:vAlign w:val="center"/>
          </w:tcPr>
          <w:p w14:paraId="59823BEA" w14:textId="77777777" w:rsidR="00A12B94" w:rsidRDefault="00000000">
            <w:pPr>
              <w:spacing w:after="0"/>
            </w:pPr>
            <w:r>
              <w:rPr>
                <w:sz w:val="21"/>
              </w:rPr>
              <w:t>Henrietta</w:t>
            </w:r>
          </w:p>
        </w:tc>
      </w:tr>
      <w:tr w:rsidR="00A12B94" w14:paraId="65570F68" w14:textId="77777777">
        <w:trPr>
          <w:cantSplit/>
          <w:jc w:val="center"/>
        </w:trPr>
        <w:tc>
          <w:tcPr>
            <w:tcW w:w="1728" w:type="dxa"/>
            <w:vAlign w:val="center"/>
          </w:tcPr>
          <w:p w14:paraId="0E25BD35" w14:textId="77777777" w:rsidR="00A12B94" w:rsidRDefault="00000000">
            <w:pPr>
              <w:spacing w:after="0"/>
            </w:pPr>
            <w:r>
              <w:rPr>
                <w:sz w:val="21"/>
              </w:rPr>
              <w:t>12:00 p.m.</w:t>
            </w:r>
          </w:p>
        </w:tc>
        <w:tc>
          <w:tcPr>
            <w:tcW w:w="2448" w:type="dxa"/>
            <w:vAlign w:val="center"/>
          </w:tcPr>
          <w:p w14:paraId="58D8621C" w14:textId="77777777" w:rsidR="00A12B94" w:rsidRDefault="00000000">
            <w:pPr>
              <w:spacing w:after="0"/>
            </w:pPr>
            <w:r>
              <w:rPr>
                <w:sz w:val="21"/>
              </w:rPr>
              <w:t>—</w:t>
            </w:r>
          </w:p>
        </w:tc>
        <w:tc>
          <w:tcPr>
            <w:tcW w:w="2448" w:type="dxa"/>
            <w:vAlign w:val="center"/>
          </w:tcPr>
          <w:p w14:paraId="0038AD6F" w14:textId="77777777" w:rsidR="00A12B94" w:rsidRDefault="00000000">
            <w:pPr>
              <w:spacing w:after="0"/>
            </w:pPr>
            <w:r>
              <w:rPr>
                <w:sz w:val="21"/>
              </w:rPr>
              <w:t>—</w:t>
            </w:r>
          </w:p>
        </w:tc>
        <w:tc>
          <w:tcPr>
            <w:tcW w:w="2448" w:type="dxa"/>
            <w:vAlign w:val="center"/>
          </w:tcPr>
          <w:p w14:paraId="196225F6" w14:textId="77777777" w:rsidR="00A12B94" w:rsidRDefault="00000000">
            <w:pPr>
              <w:spacing w:after="0"/>
            </w:pPr>
            <w:r>
              <w:rPr>
                <w:sz w:val="21"/>
              </w:rPr>
              <w:t>Henrietta</w:t>
            </w:r>
          </w:p>
        </w:tc>
      </w:tr>
      <w:tr w:rsidR="00A12B94" w14:paraId="352CFD19" w14:textId="77777777">
        <w:trPr>
          <w:cantSplit/>
          <w:jc w:val="center"/>
        </w:trPr>
        <w:tc>
          <w:tcPr>
            <w:tcW w:w="1728" w:type="dxa"/>
            <w:vAlign w:val="center"/>
          </w:tcPr>
          <w:p w14:paraId="57F6E419" w14:textId="77777777" w:rsidR="00A12B94" w:rsidRDefault="00000000">
            <w:pPr>
              <w:spacing w:after="0"/>
            </w:pPr>
            <w:r>
              <w:rPr>
                <w:sz w:val="21"/>
              </w:rPr>
              <w:t>12:30 p.m.</w:t>
            </w:r>
          </w:p>
        </w:tc>
        <w:tc>
          <w:tcPr>
            <w:tcW w:w="2448" w:type="dxa"/>
            <w:vAlign w:val="center"/>
          </w:tcPr>
          <w:p w14:paraId="359984E6" w14:textId="77777777" w:rsidR="00A12B94" w:rsidRDefault="00000000">
            <w:pPr>
              <w:spacing w:after="0"/>
            </w:pPr>
            <w:r>
              <w:rPr>
                <w:sz w:val="21"/>
              </w:rPr>
              <w:t>—</w:t>
            </w:r>
          </w:p>
        </w:tc>
        <w:tc>
          <w:tcPr>
            <w:tcW w:w="2448" w:type="dxa"/>
            <w:vAlign w:val="center"/>
          </w:tcPr>
          <w:p w14:paraId="5D8C4205" w14:textId="77777777" w:rsidR="00A12B94" w:rsidRDefault="00000000">
            <w:pPr>
              <w:spacing w:after="0"/>
            </w:pPr>
            <w:r>
              <w:rPr>
                <w:sz w:val="21"/>
              </w:rPr>
              <w:t>—</w:t>
            </w:r>
          </w:p>
        </w:tc>
        <w:tc>
          <w:tcPr>
            <w:tcW w:w="2448" w:type="dxa"/>
            <w:vAlign w:val="center"/>
          </w:tcPr>
          <w:p w14:paraId="68CDAB2E" w14:textId="77777777" w:rsidR="00A12B94" w:rsidRDefault="00000000">
            <w:pPr>
              <w:spacing w:after="0"/>
            </w:pPr>
            <w:r>
              <w:rPr>
                <w:sz w:val="21"/>
              </w:rPr>
              <w:t>Henrietta</w:t>
            </w:r>
          </w:p>
        </w:tc>
      </w:tr>
      <w:tr w:rsidR="00A12B94" w14:paraId="7D9AA426" w14:textId="77777777">
        <w:trPr>
          <w:cantSplit/>
          <w:jc w:val="center"/>
        </w:trPr>
        <w:tc>
          <w:tcPr>
            <w:tcW w:w="1728" w:type="dxa"/>
            <w:vAlign w:val="center"/>
          </w:tcPr>
          <w:p w14:paraId="19F66573" w14:textId="77777777" w:rsidR="00A12B94" w:rsidRDefault="00000000">
            <w:pPr>
              <w:spacing w:after="0"/>
            </w:pPr>
            <w:r>
              <w:rPr>
                <w:sz w:val="21"/>
              </w:rPr>
              <w:t>1:00 p.m.</w:t>
            </w:r>
          </w:p>
        </w:tc>
        <w:tc>
          <w:tcPr>
            <w:tcW w:w="2448" w:type="dxa"/>
            <w:vAlign w:val="center"/>
          </w:tcPr>
          <w:p w14:paraId="1C9EBD8D" w14:textId="77777777" w:rsidR="00A12B94" w:rsidRDefault="00000000">
            <w:pPr>
              <w:spacing w:after="0"/>
            </w:pPr>
            <w:r>
              <w:rPr>
                <w:sz w:val="21"/>
              </w:rPr>
              <w:t>—</w:t>
            </w:r>
          </w:p>
        </w:tc>
        <w:tc>
          <w:tcPr>
            <w:tcW w:w="2448" w:type="dxa"/>
            <w:vAlign w:val="center"/>
          </w:tcPr>
          <w:p w14:paraId="10DA9CB9" w14:textId="77777777" w:rsidR="00A12B94" w:rsidRDefault="00000000">
            <w:pPr>
              <w:spacing w:after="0"/>
            </w:pPr>
            <w:r>
              <w:rPr>
                <w:sz w:val="21"/>
              </w:rPr>
              <w:t>—</w:t>
            </w:r>
          </w:p>
        </w:tc>
        <w:tc>
          <w:tcPr>
            <w:tcW w:w="2448" w:type="dxa"/>
            <w:vAlign w:val="center"/>
          </w:tcPr>
          <w:p w14:paraId="2DBB1829" w14:textId="77777777" w:rsidR="00A12B94" w:rsidRDefault="00000000">
            <w:pPr>
              <w:spacing w:after="0"/>
            </w:pPr>
            <w:r>
              <w:rPr>
                <w:sz w:val="21"/>
              </w:rPr>
              <w:t>Henrietta</w:t>
            </w:r>
          </w:p>
        </w:tc>
      </w:tr>
      <w:tr w:rsidR="00A12B94" w14:paraId="171900AA" w14:textId="77777777">
        <w:trPr>
          <w:cantSplit/>
          <w:jc w:val="center"/>
        </w:trPr>
        <w:tc>
          <w:tcPr>
            <w:tcW w:w="1728" w:type="dxa"/>
            <w:vAlign w:val="center"/>
          </w:tcPr>
          <w:p w14:paraId="30983C0B" w14:textId="77777777" w:rsidR="00A12B94" w:rsidRDefault="00000000">
            <w:pPr>
              <w:spacing w:after="0"/>
            </w:pPr>
            <w:r>
              <w:rPr>
                <w:sz w:val="21"/>
              </w:rPr>
              <w:t>1:30 p.m.</w:t>
            </w:r>
          </w:p>
        </w:tc>
        <w:tc>
          <w:tcPr>
            <w:tcW w:w="2448" w:type="dxa"/>
            <w:vAlign w:val="center"/>
          </w:tcPr>
          <w:p w14:paraId="5B443DBF" w14:textId="77777777" w:rsidR="00A12B94" w:rsidRDefault="00000000">
            <w:pPr>
              <w:spacing w:after="0"/>
            </w:pPr>
            <w:r>
              <w:rPr>
                <w:sz w:val="21"/>
              </w:rPr>
              <w:t>—</w:t>
            </w:r>
          </w:p>
        </w:tc>
        <w:tc>
          <w:tcPr>
            <w:tcW w:w="2448" w:type="dxa"/>
            <w:vAlign w:val="center"/>
          </w:tcPr>
          <w:p w14:paraId="6401BABA" w14:textId="77777777" w:rsidR="00A12B94" w:rsidRDefault="00000000">
            <w:pPr>
              <w:spacing w:after="0"/>
            </w:pPr>
            <w:r>
              <w:rPr>
                <w:sz w:val="21"/>
              </w:rPr>
              <w:t>—</w:t>
            </w:r>
          </w:p>
        </w:tc>
        <w:tc>
          <w:tcPr>
            <w:tcW w:w="2448" w:type="dxa"/>
            <w:vAlign w:val="center"/>
          </w:tcPr>
          <w:p w14:paraId="31655274" w14:textId="77777777" w:rsidR="00A12B94" w:rsidRDefault="00000000">
            <w:pPr>
              <w:spacing w:after="0"/>
            </w:pPr>
            <w:r>
              <w:rPr>
                <w:sz w:val="21"/>
              </w:rPr>
              <w:t>Henrietta</w:t>
            </w:r>
          </w:p>
        </w:tc>
      </w:tr>
      <w:tr w:rsidR="00A12B94" w14:paraId="57284404" w14:textId="77777777">
        <w:trPr>
          <w:cantSplit/>
          <w:jc w:val="center"/>
        </w:trPr>
        <w:tc>
          <w:tcPr>
            <w:tcW w:w="1728" w:type="dxa"/>
            <w:vAlign w:val="center"/>
          </w:tcPr>
          <w:p w14:paraId="353B290A" w14:textId="77777777" w:rsidR="00A12B94" w:rsidRDefault="00000000">
            <w:pPr>
              <w:spacing w:after="0"/>
            </w:pPr>
            <w:r>
              <w:rPr>
                <w:sz w:val="21"/>
              </w:rPr>
              <w:t>2:00 p.m.</w:t>
            </w:r>
          </w:p>
        </w:tc>
        <w:tc>
          <w:tcPr>
            <w:tcW w:w="2448" w:type="dxa"/>
            <w:vAlign w:val="center"/>
          </w:tcPr>
          <w:p w14:paraId="39A22FB6" w14:textId="77777777" w:rsidR="00A12B94" w:rsidRDefault="00000000">
            <w:pPr>
              <w:spacing w:after="0"/>
            </w:pPr>
            <w:r>
              <w:rPr>
                <w:sz w:val="21"/>
              </w:rPr>
              <w:t>—</w:t>
            </w:r>
          </w:p>
        </w:tc>
        <w:tc>
          <w:tcPr>
            <w:tcW w:w="2448" w:type="dxa"/>
            <w:vAlign w:val="center"/>
          </w:tcPr>
          <w:p w14:paraId="1E0D331C" w14:textId="77777777" w:rsidR="00A12B94" w:rsidRDefault="00000000">
            <w:pPr>
              <w:spacing w:after="0"/>
            </w:pPr>
            <w:r>
              <w:rPr>
                <w:sz w:val="21"/>
              </w:rPr>
              <w:t>Henrietta</w:t>
            </w:r>
          </w:p>
        </w:tc>
        <w:tc>
          <w:tcPr>
            <w:tcW w:w="2448" w:type="dxa"/>
            <w:vAlign w:val="center"/>
          </w:tcPr>
          <w:p w14:paraId="7B6E726A" w14:textId="77777777" w:rsidR="00A12B94" w:rsidRDefault="00000000">
            <w:pPr>
              <w:spacing w:after="0"/>
            </w:pPr>
            <w:r>
              <w:rPr>
                <w:sz w:val="21"/>
              </w:rPr>
              <w:t>—</w:t>
            </w:r>
          </w:p>
        </w:tc>
      </w:tr>
      <w:tr w:rsidR="00A12B94" w14:paraId="37FF27B8" w14:textId="77777777">
        <w:trPr>
          <w:cantSplit/>
          <w:jc w:val="center"/>
        </w:trPr>
        <w:tc>
          <w:tcPr>
            <w:tcW w:w="1728" w:type="dxa"/>
            <w:vAlign w:val="center"/>
          </w:tcPr>
          <w:p w14:paraId="3EC642DE" w14:textId="77777777" w:rsidR="00A12B94" w:rsidRDefault="00000000">
            <w:pPr>
              <w:spacing w:after="0"/>
            </w:pPr>
            <w:r>
              <w:rPr>
                <w:sz w:val="21"/>
              </w:rPr>
              <w:t>2:30 p.m.</w:t>
            </w:r>
          </w:p>
        </w:tc>
        <w:tc>
          <w:tcPr>
            <w:tcW w:w="2448" w:type="dxa"/>
            <w:vAlign w:val="center"/>
          </w:tcPr>
          <w:p w14:paraId="57000A53" w14:textId="77777777" w:rsidR="00A12B94" w:rsidRDefault="00000000">
            <w:pPr>
              <w:spacing w:after="0"/>
            </w:pPr>
            <w:r>
              <w:rPr>
                <w:sz w:val="21"/>
              </w:rPr>
              <w:t>—</w:t>
            </w:r>
          </w:p>
        </w:tc>
        <w:tc>
          <w:tcPr>
            <w:tcW w:w="2448" w:type="dxa"/>
            <w:vAlign w:val="center"/>
          </w:tcPr>
          <w:p w14:paraId="3798FD87" w14:textId="77777777" w:rsidR="00A12B94" w:rsidRDefault="00000000">
            <w:pPr>
              <w:spacing w:after="0"/>
            </w:pPr>
            <w:r>
              <w:rPr>
                <w:sz w:val="21"/>
              </w:rPr>
              <w:t>Henrietta</w:t>
            </w:r>
          </w:p>
        </w:tc>
        <w:tc>
          <w:tcPr>
            <w:tcW w:w="2448" w:type="dxa"/>
            <w:vAlign w:val="center"/>
          </w:tcPr>
          <w:p w14:paraId="0342E2B0" w14:textId="77777777" w:rsidR="00A12B94" w:rsidRDefault="00000000">
            <w:pPr>
              <w:spacing w:after="0"/>
            </w:pPr>
            <w:r>
              <w:rPr>
                <w:sz w:val="21"/>
              </w:rPr>
              <w:t>—</w:t>
            </w:r>
          </w:p>
        </w:tc>
      </w:tr>
      <w:tr w:rsidR="00A12B94" w14:paraId="5827297F" w14:textId="77777777">
        <w:trPr>
          <w:cantSplit/>
          <w:jc w:val="center"/>
        </w:trPr>
        <w:tc>
          <w:tcPr>
            <w:tcW w:w="1728" w:type="dxa"/>
            <w:vAlign w:val="center"/>
          </w:tcPr>
          <w:p w14:paraId="52A39703" w14:textId="77777777" w:rsidR="00A12B94" w:rsidRDefault="00000000">
            <w:pPr>
              <w:spacing w:after="0"/>
            </w:pPr>
            <w:r>
              <w:rPr>
                <w:sz w:val="21"/>
              </w:rPr>
              <w:t>3:00 p.m.</w:t>
            </w:r>
          </w:p>
        </w:tc>
        <w:tc>
          <w:tcPr>
            <w:tcW w:w="2448" w:type="dxa"/>
            <w:vAlign w:val="center"/>
          </w:tcPr>
          <w:p w14:paraId="68E51E69" w14:textId="77777777" w:rsidR="00A12B94" w:rsidRDefault="00000000">
            <w:pPr>
              <w:spacing w:after="0"/>
            </w:pPr>
            <w:r>
              <w:rPr>
                <w:sz w:val="21"/>
              </w:rPr>
              <w:t>—</w:t>
            </w:r>
          </w:p>
        </w:tc>
        <w:tc>
          <w:tcPr>
            <w:tcW w:w="2448" w:type="dxa"/>
            <w:vAlign w:val="center"/>
          </w:tcPr>
          <w:p w14:paraId="38CC978F" w14:textId="77777777" w:rsidR="00A12B94" w:rsidRDefault="00000000">
            <w:pPr>
              <w:spacing w:after="0"/>
            </w:pPr>
            <w:r>
              <w:rPr>
                <w:sz w:val="21"/>
              </w:rPr>
              <w:t>Henrietta</w:t>
            </w:r>
          </w:p>
        </w:tc>
        <w:tc>
          <w:tcPr>
            <w:tcW w:w="2448" w:type="dxa"/>
            <w:vAlign w:val="center"/>
          </w:tcPr>
          <w:p w14:paraId="1BDF14A1" w14:textId="77777777" w:rsidR="00A12B94" w:rsidRDefault="00000000">
            <w:pPr>
              <w:spacing w:after="0"/>
            </w:pPr>
            <w:r>
              <w:rPr>
                <w:sz w:val="21"/>
              </w:rPr>
              <w:t>—</w:t>
            </w:r>
          </w:p>
        </w:tc>
      </w:tr>
      <w:tr w:rsidR="00A12B94" w14:paraId="4BC81AD2" w14:textId="77777777">
        <w:trPr>
          <w:cantSplit/>
          <w:jc w:val="center"/>
        </w:trPr>
        <w:tc>
          <w:tcPr>
            <w:tcW w:w="1728" w:type="dxa"/>
            <w:vAlign w:val="center"/>
          </w:tcPr>
          <w:p w14:paraId="716FD223" w14:textId="77777777" w:rsidR="00A12B94" w:rsidRDefault="00000000">
            <w:pPr>
              <w:spacing w:after="0"/>
            </w:pPr>
            <w:r>
              <w:rPr>
                <w:sz w:val="21"/>
              </w:rPr>
              <w:t>3:30 p.m.</w:t>
            </w:r>
          </w:p>
        </w:tc>
        <w:tc>
          <w:tcPr>
            <w:tcW w:w="2448" w:type="dxa"/>
            <w:vAlign w:val="center"/>
          </w:tcPr>
          <w:p w14:paraId="69DD8338" w14:textId="77777777" w:rsidR="00A12B94" w:rsidRDefault="00000000">
            <w:pPr>
              <w:spacing w:after="0"/>
            </w:pPr>
            <w:r>
              <w:rPr>
                <w:sz w:val="21"/>
              </w:rPr>
              <w:t>—</w:t>
            </w:r>
          </w:p>
        </w:tc>
        <w:tc>
          <w:tcPr>
            <w:tcW w:w="2448" w:type="dxa"/>
            <w:vAlign w:val="center"/>
          </w:tcPr>
          <w:p w14:paraId="71FFFAF2" w14:textId="77777777" w:rsidR="00A12B94" w:rsidRDefault="00000000">
            <w:pPr>
              <w:spacing w:after="0"/>
            </w:pPr>
            <w:r>
              <w:rPr>
                <w:sz w:val="21"/>
              </w:rPr>
              <w:t>Henrietta</w:t>
            </w:r>
          </w:p>
        </w:tc>
        <w:tc>
          <w:tcPr>
            <w:tcW w:w="2448" w:type="dxa"/>
            <w:vAlign w:val="center"/>
          </w:tcPr>
          <w:p w14:paraId="044AFC92" w14:textId="77777777" w:rsidR="00A12B94" w:rsidRDefault="00000000">
            <w:pPr>
              <w:spacing w:after="0"/>
            </w:pPr>
            <w:r>
              <w:rPr>
                <w:sz w:val="21"/>
              </w:rPr>
              <w:t>—</w:t>
            </w:r>
          </w:p>
        </w:tc>
      </w:tr>
      <w:tr w:rsidR="00A12B94" w14:paraId="1CDF2252" w14:textId="77777777">
        <w:trPr>
          <w:cantSplit/>
          <w:jc w:val="center"/>
        </w:trPr>
        <w:tc>
          <w:tcPr>
            <w:tcW w:w="1728" w:type="dxa"/>
            <w:vAlign w:val="center"/>
          </w:tcPr>
          <w:p w14:paraId="56B9C374" w14:textId="77777777" w:rsidR="00A12B94" w:rsidRDefault="00000000">
            <w:pPr>
              <w:spacing w:after="0"/>
            </w:pPr>
            <w:r>
              <w:rPr>
                <w:sz w:val="21"/>
              </w:rPr>
              <w:t>4:00 p.m.</w:t>
            </w:r>
          </w:p>
        </w:tc>
        <w:tc>
          <w:tcPr>
            <w:tcW w:w="2448" w:type="dxa"/>
            <w:vAlign w:val="center"/>
          </w:tcPr>
          <w:p w14:paraId="2F8C18D3" w14:textId="77777777" w:rsidR="00A12B94" w:rsidRDefault="00000000">
            <w:pPr>
              <w:spacing w:after="0"/>
            </w:pPr>
            <w:r>
              <w:rPr>
                <w:sz w:val="21"/>
              </w:rPr>
              <w:t>—</w:t>
            </w:r>
          </w:p>
        </w:tc>
        <w:tc>
          <w:tcPr>
            <w:tcW w:w="2448" w:type="dxa"/>
            <w:vAlign w:val="center"/>
          </w:tcPr>
          <w:p w14:paraId="2CA12EC5" w14:textId="77777777" w:rsidR="00A12B94" w:rsidRDefault="00000000">
            <w:pPr>
              <w:spacing w:after="0"/>
            </w:pPr>
            <w:r>
              <w:rPr>
                <w:sz w:val="21"/>
              </w:rPr>
              <w:t>Henrietta</w:t>
            </w:r>
          </w:p>
        </w:tc>
        <w:tc>
          <w:tcPr>
            <w:tcW w:w="2448" w:type="dxa"/>
            <w:vAlign w:val="center"/>
          </w:tcPr>
          <w:p w14:paraId="3E8C066C" w14:textId="77777777" w:rsidR="00A12B94" w:rsidRDefault="00000000">
            <w:pPr>
              <w:spacing w:after="0"/>
            </w:pPr>
            <w:r>
              <w:rPr>
                <w:sz w:val="21"/>
              </w:rPr>
              <w:t>—</w:t>
            </w:r>
          </w:p>
        </w:tc>
      </w:tr>
      <w:tr w:rsidR="00A12B94" w14:paraId="6FBA6061" w14:textId="77777777">
        <w:trPr>
          <w:cantSplit/>
          <w:jc w:val="center"/>
        </w:trPr>
        <w:tc>
          <w:tcPr>
            <w:tcW w:w="1728" w:type="dxa"/>
            <w:vAlign w:val="center"/>
          </w:tcPr>
          <w:p w14:paraId="37346966" w14:textId="77777777" w:rsidR="00A12B94" w:rsidRDefault="00000000">
            <w:pPr>
              <w:spacing w:after="0"/>
            </w:pPr>
            <w:r>
              <w:rPr>
                <w:sz w:val="21"/>
              </w:rPr>
              <w:t>4:30 p.m.</w:t>
            </w:r>
          </w:p>
        </w:tc>
        <w:tc>
          <w:tcPr>
            <w:tcW w:w="2448" w:type="dxa"/>
            <w:vAlign w:val="center"/>
          </w:tcPr>
          <w:p w14:paraId="70BC3E13" w14:textId="77777777" w:rsidR="00A12B94" w:rsidRDefault="00000000">
            <w:pPr>
              <w:spacing w:after="0"/>
            </w:pPr>
            <w:r>
              <w:rPr>
                <w:sz w:val="21"/>
              </w:rPr>
              <w:t>John</w:t>
            </w:r>
          </w:p>
        </w:tc>
        <w:tc>
          <w:tcPr>
            <w:tcW w:w="2448" w:type="dxa"/>
            <w:vAlign w:val="center"/>
          </w:tcPr>
          <w:p w14:paraId="00A65ECF" w14:textId="77777777" w:rsidR="00A12B94" w:rsidRDefault="00000000">
            <w:pPr>
              <w:spacing w:after="0"/>
            </w:pPr>
            <w:r>
              <w:rPr>
                <w:sz w:val="21"/>
              </w:rPr>
              <w:t>—</w:t>
            </w:r>
          </w:p>
        </w:tc>
        <w:tc>
          <w:tcPr>
            <w:tcW w:w="2448" w:type="dxa"/>
            <w:vAlign w:val="center"/>
          </w:tcPr>
          <w:p w14:paraId="098FE114" w14:textId="77777777" w:rsidR="00A12B94" w:rsidRDefault="00000000">
            <w:pPr>
              <w:spacing w:after="0"/>
            </w:pPr>
            <w:r>
              <w:rPr>
                <w:sz w:val="21"/>
              </w:rPr>
              <w:t>—</w:t>
            </w:r>
          </w:p>
        </w:tc>
      </w:tr>
      <w:tr w:rsidR="00A12B94" w14:paraId="2CA8F787" w14:textId="77777777">
        <w:trPr>
          <w:cantSplit/>
          <w:jc w:val="center"/>
        </w:trPr>
        <w:tc>
          <w:tcPr>
            <w:tcW w:w="1728" w:type="dxa"/>
            <w:vAlign w:val="center"/>
          </w:tcPr>
          <w:p w14:paraId="5C1063B5" w14:textId="77777777" w:rsidR="00A12B94" w:rsidRDefault="00000000">
            <w:pPr>
              <w:spacing w:after="0"/>
            </w:pPr>
            <w:r>
              <w:rPr>
                <w:sz w:val="21"/>
              </w:rPr>
              <w:t>5:00 p.m.</w:t>
            </w:r>
          </w:p>
        </w:tc>
        <w:tc>
          <w:tcPr>
            <w:tcW w:w="2448" w:type="dxa"/>
            <w:vAlign w:val="center"/>
          </w:tcPr>
          <w:p w14:paraId="7BCDFFBA" w14:textId="77777777" w:rsidR="00A12B94" w:rsidRDefault="00000000">
            <w:pPr>
              <w:spacing w:after="0"/>
            </w:pPr>
            <w:r>
              <w:rPr>
                <w:sz w:val="21"/>
              </w:rPr>
              <w:t>John</w:t>
            </w:r>
          </w:p>
        </w:tc>
        <w:tc>
          <w:tcPr>
            <w:tcW w:w="2448" w:type="dxa"/>
            <w:vAlign w:val="center"/>
          </w:tcPr>
          <w:p w14:paraId="28D86EC5" w14:textId="77777777" w:rsidR="00A12B94" w:rsidRDefault="00000000">
            <w:pPr>
              <w:spacing w:after="0"/>
            </w:pPr>
            <w:r>
              <w:rPr>
                <w:sz w:val="21"/>
              </w:rPr>
              <w:t>—</w:t>
            </w:r>
          </w:p>
        </w:tc>
        <w:tc>
          <w:tcPr>
            <w:tcW w:w="2448" w:type="dxa"/>
            <w:vAlign w:val="center"/>
          </w:tcPr>
          <w:p w14:paraId="121E3A22" w14:textId="77777777" w:rsidR="00A12B94" w:rsidRDefault="00000000">
            <w:pPr>
              <w:spacing w:after="0"/>
            </w:pPr>
            <w:r>
              <w:rPr>
                <w:sz w:val="21"/>
              </w:rPr>
              <w:t>—</w:t>
            </w:r>
          </w:p>
        </w:tc>
      </w:tr>
    </w:tbl>
    <w:p w14:paraId="692CD354" w14:textId="77777777" w:rsidR="00A12B94" w:rsidRDefault="00A12B94"/>
    <w:p w14:paraId="3AF946F0" w14:textId="77777777" w:rsidR="00C4008E" w:rsidRDefault="00C4008E"/>
    <w:p w14:paraId="77B41CD2" w14:textId="77777777" w:rsidR="00A12B94" w:rsidRDefault="00000000">
      <w:pPr>
        <w:pStyle w:val="Heading1"/>
      </w:pPr>
      <w:r>
        <w:t>Thursday</w:t>
      </w:r>
    </w:p>
    <w:p w14:paraId="53C2A64A" w14:textId="77777777" w:rsidR="00A12B94" w:rsidRDefault="00000000">
      <w:r>
        <w:rPr>
          <w:i/>
        </w:rPr>
        <w:t>Thursday availability by support type.</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8"/>
        <w:gridCol w:w="2448"/>
        <w:gridCol w:w="2448"/>
        <w:gridCol w:w="2448"/>
      </w:tblGrid>
      <w:tr w:rsidR="00A12B94" w14:paraId="51C2B68F" w14:textId="77777777">
        <w:trPr>
          <w:tblHeader/>
          <w:jc w:val="center"/>
        </w:trPr>
        <w:tc>
          <w:tcPr>
            <w:tcW w:w="1728" w:type="dxa"/>
            <w:shd w:val="clear" w:color="auto" w:fill="D9EAF7"/>
            <w:vAlign w:val="center"/>
          </w:tcPr>
          <w:p w14:paraId="6D72446A" w14:textId="77777777" w:rsidR="00A12B94" w:rsidRDefault="00000000">
            <w:pPr>
              <w:spacing w:after="0"/>
            </w:pPr>
            <w:r>
              <w:rPr>
                <w:b/>
                <w:sz w:val="21"/>
              </w:rPr>
              <w:t>Time</w:t>
            </w:r>
          </w:p>
        </w:tc>
        <w:tc>
          <w:tcPr>
            <w:tcW w:w="2448" w:type="dxa"/>
            <w:shd w:val="clear" w:color="auto" w:fill="D9EAF7"/>
            <w:vAlign w:val="center"/>
          </w:tcPr>
          <w:p w14:paraId="53B7870D" w14:textId="77777777" w:rsidR="00A12B94" w:rsidRDefault="00000000">
            <w:pPr>
              <w:spacing w:after="0"/>
            </w:pPr>
            <w:r>
              <w:rPr>
                <w:b/>
                <w:sz w:val="21"/>
              </w:rPr>
              <w:t>In Person</w:t>
            </w:r>
          </w:p>
        </w:tc>
        <w:tc>
          <w:tcPr>
            <w:tcW w:w="2448" w:type="dxa"/>
            <w:shd w:val="clear" w:color="auto" w:fill="D9EAF7"/>
            <w:vAlign w:val="center"/>
          </w:tcPr>
          <w:p w14:paraId="42C4D0F8" w14:textId="77777777" w:rsidR="00A12B94" w:rsidRDefault="00000000">
            <w:pPr>
              <w:spacing w:after="0"/>
            </w:pPr>
            <w:r>
              <w:rPr>
                <w:b/>
                <w:sz w:val="21"/>
              </w:rPr>
              <w:t>Online</w:t>
            </w:r>
          </w:p>
        </w:tc>
        <w:tc>
          <w:tcPr>
            <w:tcW w:w="2448" w:type="dxa"/>
            <w:shd w:val="clear" w:color="auto" w:fill="D9EAF7"/>
            <w:vAlign w:val="center"/>
          </w:tcPr>
          <w:p w14:paraId="13918C5E" w14:textId="77777777" w:rsidR="00A12B94" w:rsidRDefault="00000000">
            <w:pPr>
              <w:spacing w:after="0"/>
            </w:pPr>
            <w:r>
              <w:rPr>
                <w:b/>
                <w:sz w:val="21"/>
              </w:rPr>
              <w:t>SMSS</w:t>
            </w:r>
          </w:p>
        </w:tc>
      </w:tr>
      <w:tr w:rsidR="00A12B94" w14:paraId="1D37DB10" w14:textId="77777777">
        <w:trPr>
          <w:cantSplit/>
          <w:jc w:val="center"/>
        </w:trPr>
        <w:tc>
          <w:tcPr>
            <w:tcW w:w="1728" w:type="dxa"/>
            <w:vAlign w:val="center"/>
          </w:tcPr>
          <w:p w14:paraId="35E25F92" w14:textId="77777777" w:rsidR="00A12B94" w:rsidRDefault="00000000">
            <w:pPr>
              <w:spacing w:after="0"/>
            </w:pPr>
            <w:r>
              <w:rPr>
                <w:sz w:val="21"/>
              </w:rPr>
              <w:t>10:00 a.m.</w:t>
            </w:r>
          </w:p>
        </w:tc>
        <w:tc>
          <w:tcPr>
            <w:tcW w:w="2448" w:type="dxa"/>
            <w:vAlign w:val="center"/>
          </w:tcPr>
          <w:p w14:paraId="487932CA" w14:textId="77777777" w:rsidR="00A12B94" w:rsidRDefault="00000000">
            <w:pPr>
              <w:spacing w:after="0"/>
            </w:pPr>
            <w:r>
              <w:rPr>
                <w:sz w:val="21"/>
              </w:rPr>
              <w:t>—</w:t>
            </w:r>
          </w:p>
        </w:tc>
        <w:tc>
          <w:tcPr>
            <w:tcW w:w="2448" w:type="dxa"/>
            <w:vAlign w:val="center"/>
          </w:tcPr>
          <w:p w14:paraId="6C9E458C" w14:textId="77777777" w:rsidR="00A12B94" w:rsidRDefault="00000000">
            <w:pPr>
              <w:spacing w:after="0"/>
            </w:pPr>
            <w:r>
              <w:rPr>
                <w:sz w:val="21"/>
              </w:rPr>
              <w:t>John</w:t>
            </w:r>
          </w:p>
        </w:tc>
        <w:tc>
          <w:tcPr>
            <w:tcW w:w="2448" w:type="dxa"/>
            <w:vAlign w:val="center"/>
          </w:tcPr>
          <w:p w14:paraId="0EDF07B8" w14:textId="77777777" w:rsidR="00A12B94" w:rsidRDefault="00000000">
            <w:pPr>
              <w:spacing w:after="0"/>
            </w:pPr>
            <w:r>
              <w:rPr>
                <w:sz w:val="21"/>
              </w:rPr>
              <w:t>—</w:t>
            </w:r>
          </w:p>
        </w:tc>
      </w:tr>
      <w:tr w:rsidR="00A12B94" w14:paraId="46DD680E" w14:textId="77777777">
        <w:trPr>
          <w:cantSplit/>
          <w:jc w:val="center"/>
        </w:trPr>
        <w:tc>
          <w:tcPr>
            <w:tcW w:w="1728" w:type="dxa"/>
            <w:vAlign w:val="center"/>
          </w:tcPr>
          <w:p w14:paraId="02DBB7A7" w14:textId="77777777" w:rsidR="00A12B94" w:rsidRDefault="00000000">
            <w:pPr>
              <w:spacing w:after="0"/>
            </w:pPr>
            <w:r>
              <w:rPr>
                <w:sz w:val="21"/>
              </w:rPr>
              <w:t>10:30 a.m.</w:t>
            </w:r>
          </w:p>
        </w:tc>
        <w:tc>
          <w:tcPr>
            <w:tcW w:w="2448" w:type="dxa"/>
            <w:vAlign w:val="center"/>
          </w:tcPr>
          <w:p w14:paraId="4221360B" w14:textId="77777777" w:rsidR="00A12B94" w:rsidRDefault="00000000">
            <w:pPr>
              <w:spacing w:after="0"/>
            </w:pPr>
            <w:r>
              <w:rPr>
                <w:sz w:val="21"/>
              </w:rPr>
              <w:t>—</w:t>
            </w:r>
          </w:p>
        </w:tc>
        <w:tc>
          <w:tcPr>
            <w:tcW w:w="2448" w:type="dxa"/>
            <w:vAlign w:val="center"/>
          </w:tcPr>
          <w:p w14:paraId="0F231C91" w14:textId="77777777" w:rsidR="00A12B94" w:rsidRDefault="00000000">
            <w:pPr>
              <w:spacing w:after="0"/>
            </w:pPr>
            <w:r>
              <w:rPr>
                <w:sz w:val="21"/>
              </w:rPr>
              <w:t>John</w:t>
            </w:r>
          </w:p>
        </w:tc>
        <w:tc>
          <w:tcPr>
            <w:tcW w:w="2448" w:type="dxa"/>
            <w:vAlign w:val="center"/>
          </w:tcPr>
          <w:p w14:paraId="510BA59D" w14:textId="77777777" w:rsidR="00A12B94" w:rsidRDefault="00000000">
            <w:pPr>
              <w:spacing w:after="0"/>
            </w:pPr>
            <w:r>
              <w:rPr>
                <w:sz w:val="21"/>
              </w:rPr>
              <w:t>—</w:t>
            </w:r>
          </w:p>
        </w:tc>
      </w:tr>
      <w:tr w:rsidR="00A12B94" w14:paraId="3CDE9DC3" w14:textId="77777777">
        <w:trPr>
          <w:cantSplit/>
          <w:jc w:val="center"/>
        </w:trPr>
        <w:tc>
          <w:tcPr>
            <w:tcW w:w="1728" w:type="dxa"/>
            <w:vAlign w:val="center"/>
          </w:tcPr>
          <w:p w14:paraId="36EDA9C4" w14:textId="77777777" w:rsidR="00A12B94" w:rsidRDefault="00000000">
            <w:pPr>
              <w:spacing w:after="0"/>
            </w:pPr>
            <w:r>
              <w:rPr>
                <w:sz w:val="21"/>
              </w:rPr>
              <w:t>11:00 a.m.</w:t>
            </w:r>
          </w:p>
        </w:tc>
        <w:tc>
          <w:tcPr>
            <w:tcW w:w="2448" w:type="dxa"/>
            <w:vAlign w:val="center"/>
          </w:tcPr>
          <w:p w14:paraId="5696A562" w14:textId="77777777" w:rsidR="00A12B94" w:rsidRDefault="00000000">
            <w:pPr>
              <w:spacing w:after="0"/>
            </w:pPr>
            <w:r>
              <w:rPr>
                <w:sz w:val="21"/>
              </w:rPr>
              <w:t>Henrietta</w:t>
            </w:r>
          </w:p>
        </w:tc>
        <w:tc>
          <w:tcPr>
            <w:tcW w:w="2448" w:type="dxa"/>
            <w:vAlign w:val="center"/>
          </w:tcPr>
          <w:p w14:paraId="6C5390FE" w14:textId="77777777" w:rsidR="00A12B94" w:rsidRDefault="00000000">
            <w:pPr>
              <w:spacing w:after="0"/>
            </w:pPr>
            <w:r>
              <w:rPr>
                <w:sz w:val="21"/>
              </w:rPr>
              <w:t>—</w:t>
            </w:r>
          </w:p>
        </w:tc>
        <w:tc>
          <w:tcPr>
            <w:tcW w:w="2448" w:type="dxa"/>
            <w:vAlign w:val="center"/>
          </w:tcPr>
          <w:p w14:paraId="5CEE4BCB" w14:textId="77777777" w:rsidR="00A12B94" w:rsidRDefault="00000000">
            <w:pPr>
              <w:spacing w:after="0"/>
            </w:pPr>
            <w:r>
              <w:rPr>
                <w:sz w:val="21"/>
              </w:rPr>
              <w:t>Henrietta</w:t>
            </w:r>
          </w:p>
        </w:tc>
      </w:tr>
      <w:tr w:rsidR="00A12B94" w14:paraId="5AE6AC70" w14:textId="77777777">
        <w:trPr>
          <w:cantSplit/>
          <w:jc w:val="center"/>
        </w:trPr>
        <w:tc>
          <w:tcPr>
            <w:tcW w:w="1728" w:type="dxa"/>
            <w:vAlign w:val="center"/>
          </w:tcPr>
          <w:p w14:paraId="435714B6" w14:textId="77777777" w:rsidR="00A12B94" w:rsidRDefault="00000000">
            <w:pPr>
              <w:spacing w:after="0"/>
            </w:pPr>
            <w:r>
              <w:rPr>
                <w:sz w:val="21"/>
              </w:rPr>
              <w:t>11:30 a.m.</w:t>
            </w:r>
          </w:p>
        </w:tc>
        <w:tc>
          <w:tcPr>
            <w:tcW w:w="2448" w:type="dxa"/>
            <w:vAlign w:val="center"/>
          </w:tcPr>
          <w:p w14:paraId="7EC25FE8" w14:textId="77777777" w:rsidR="00A12B94" w:rsidRDefault="00000000">
            <w:pPr>
              <w:spacing w:after="0"/>
            </w:pPr>
            <w:r>
              <w:rPr>
                <w:sz w:val="21"/>
              </w:rPr>
              <w:t>—</w:t>
            </w:r>
          </w:p>
        </w:tc>
        <w:tc>
          <w:tcPr>
            <w:tcW w:w="2448" w:type="dxa"/>
            <w:vAlign w:val="center"/>
          </w:tcPr>
          <w:p w14:paraId="01E646AA" w14:textId="77777777" w:rsidR="00A12B94" w:rsidRDefault="00000000">
            <w:pPr>
              <w:spacing w:after="0"/>
            </w:pPr>
            <w:r>
              <w:rPr>
                <w:sz w:val="21"/>
              </w:rPr>
              <w:t>Henrietta</w:t>
            </w:r>
          </w:p>
        </w:tc>
        <w:tc>
          <w:tcPr>
            <w:tcW w:w="2448" w:type="dxa"/>
            <w:vAlign w:val="center"/>
          </w:tcPr>
          <w:p w14:paraId="7A319323" w14:textId="77777777" w:rsidR="00A12B94" w:rsidRDefault="00000000">
            <w:pPr>
              <w:spacing w:after="0"/>
            </w:pPr>
            <w:r>
              <w:rPr>
                <w:sz w:val="21"/>
              </w:rPr>
              <w:t>—</w:t>
            </w:r>
          </w:p>
        </w:tc>
      </w:tr>
      <w:tr w:rsidR="00A12B94" w14:paraId="6BB9FE12" w14:textId="77777777">
        <w:trPr>
          <w:cantSplit/>
          <w:jc w:val="center"/>
        </w:trPr>
        <w:tc>
          <w:tcPr>
            <w:tcW w:w="1728" w:type="dxa"/>
            <w:vAlign w:val="center"/>
          </w:tcPr>
          <w:p w14:paraId="5E7225DE" w14:textId="77777777" w:rsidR="00A12B94" w:rsidRDefault="00000000">
            <w:pPr>
              <w:spacing w:after="0"/>
            </w:pPr>
            <w:r>
              <w:rPr>
                <w:sz w:val="21"/>
              </w:rPr>
              <w:t>12:00 p.m.</w:t>
            </w:r>
          </w:p>
        </w:tc>
        <w:tc>
          <w:tcPr>
            <w:tcW w:w="2448" w:type="dxa"/>
            <w:vAlign w:val="center"/>
          </w:tcPr>
          <w:p w14:paraId="5C23A60A" w14:textId="77777777" w:rsidR="00A12B94" w:rsidRDefault="00000000">
            <w:pPr>
              <w:spacing w:after="0"/>
            </w:pPr>
            <w:r>
              <w:rPr>
                <w:sz w:val="21"/>
              </w:rPr>
              <w:t>—</w:t>
            </w:r>
          </w:p>
        </w:tc>
        <w:tc>
          <w:tcPr>
            <w:tcW w:w="2448" w:type="dxa"/>
            <w:vAlign w:val="center"/>
          </w:tcPr>
          <w:p w14:paraId="5EA5B927" w14:textId="77777777" w:rsidR="00A12B94" w:rsidRDefault="00000000">
            <w:pPr>
              <w:spacing w:after="0"/>
            </w:pPr>
            <w:r>
              <w:rPr>
                <w:sz w:val="21"/>
              </w:rPr>
              <w:t>Henrietta</w:t>
            </w:r>
          </w:p>
        </w:tc>
        <w:tc>
          <w:tcPr>
            <w:tcW w:w="2448" w:type="dxa"/>
            <w:vAlign w:val="center"/>
          </w:tcPr>
          <w:p w14:paraId="16BD001C" w14:textId="77777777" w:rsidR="00A12B94" w:rsidRDefault="00000000">
            <w:pPr>
              <w:spacing w:after="0"/>
            </w:pPr>
            <w:r>
              <w:rPr>
                <w:sz w:val="21"/>
              </w:rPr>
              <w:t>—</w:t>
            </w:r>
          </w:p>
        </w:tc>
      </w:tr>
      <w:tr w:rsidR="00A12B94" w14:paraId="0C28AB43" w14:textId="77777777">
        <w:trPr>
          <w:cantSplit/>
          <w:jc w:val="center"/>
        </w:trPr>
        <w:tc>
          <w:tcPr>
            <w:tcW w:w="1728" w:type="dxa"/>
            <w:vAlign w:val="center"/>
          </w:tcPr>
          <w:p w14:paraId="5954F8D1" w14:textId="77777777" w:rsidR="00A12B94" w:rsidRDefault="00000000">
            <w:pPr>
              <w:spacing w:after="0"/>
            </w:pPr>
            <w:r>
              <w:rPr>
                <w:sz w:val="21"/>
              </w:rPr>
              <w:t>12:30 p.m.</w:t>
            </w:r>
          </w:p>
        </w:tc>
        <w:tc>
          <w:tcPr>
            <w:tcW w:w="2448" w:type="dxa"/>
            <w:vAlign w:val="center"/>
          </w:tcPr>
          <w:p w14:paraId="2BDA4291" w14:textId="77777777" w:rsidR="00A12B94" w:rsidRDefault="00000000">
            <w:pPr>
              <w:spacing w:after="0"/>
            </w:pPr>
            <w:r>
              <w:rPr>
                <w:sz w:val="21"/>
              </w:rPr>
              <w:t>Anissia</w:t>
            </w:r>
          </w:p>
        </w:tc>
        <w:tc>
          <w:tcPr>
            <w:tcW w:w="2448" w:type="dxa"/>
            <w:vAlign w:val="center"/>
          </w:tcPr>
          <w:p w14:paraId="6F3889F1" w14:textId="77777777" w:rsidR="00A12B94" w:rsidRDefault="00000000">
            <w:pPr>
              <w:spacing w:after="0"/>
            </w:pPr>
            <w:r>
              <w:rPr>
                <w:sz w:val="21"/>
              </w:rPr>
              <w:t>Henrietta</w:t>
            </w:r>
          </w:p>
        </w:tc>
        <w:tc>
          <w:tcPr>
            <w:tcW w:w="2448" w:type="dxa"/>
            <w:vAlign w:val="center"/>
          </w:tcPr>
          <w:p w14:paraId="6710D783" w14:textId="77777777" w:rsidR="00A12B94" w:rsidRDefault="00000000">
            <w:pPr>
              <w:spacing w:after="0"/>
            </w:pPr>
            <w:r>
              <w:rPr>
                <w:sz w:val="21"/>
              </w:rPr>
              <w:t>John</w:t>
            </w:r>
          </w:p>
        </w:tc>
      </w:tr>
      <w:tr w:rsidR="00A12B94" w14:paraId="393E6893" w14:textId="77777777">
        <w:trPr>
          <w:cantSplit/>
          <w:jc w:val="center"/>
        </w:trPr>
        <w:tc>
          <w:tcPr>
            <w:tcW w:w="1728" w:type="dxa"/>
            <w:vAlign w:val="center"/>
          </w:tcPr>
          <w:p w14:paraId="0F3EE7AF" w14:textId="77777777" w:rsidR="00A12B94" w:rsidRDefault="00000000">
            <w:pPr>
              <w:spacing w:after="0"/>
            </w:pPr>
            <w:r>
              <w:rPr>
                <w:sz w:val="21"/>
              </w:rPr>
              <w:t>1:00 p.m.</w:t>
            </w:r>
          </w:p>
        </w:tc>
        <w:tc>
          <w:tcPr>
            <w:tcW w:w="2448" w:type="dxa"/>
            <w:vAlign w:val="center"/>
          </w:tcPr>
          <w:p w14:paraId="7B4ADCD8" w14:textId="77777777" w:rsidR="00A12B94" w:rsidRDefault="00000000">
            <w:pPr>
              <w:spacing w:after="0"/>
            </w:pPr>
            <w:r>
              <w:rPr>
                <w:sz w:val="21"/>
              </w:rPr>
              <w:t>Anissia</w:t>
            </w:r>
          </w:p>
        </w:tc>
        <w:tc>
          <w:tcPr>
            <w:tcW w:w="2448" w:type="dxa"/>
            <w:vAlign w:val="center"/>
          </w:tcPr>
          <w:p w14:paraId="0207341F" w14:textId="77777777" w:rsidR="00A12B94" w:rsidRDefault="00000000">
            <w:pPr>
              <w:spacing w:after="0"/>
            </w:pPr>
            <w:r>
              <w:rPr>
                <w:sz w:val="21"/>
              </w:rPr>
              <w:t>Henrietta</w:t>
            </w:r>
          </w:p>
        </w:tc>
        <w:tc>
          <w:tcPr>
            <w:tcW w:w="2448" w:type="dxa"/>
            <w:vAlign w:val="center"/>
          </w:tcPr>
          <w:p w14:paraId="6967413B" w14:textId="77777777" w:rsidR="00A12B94" w:rsidRDefault="00000000">
            <w:pPr>
              <w:spacing w:after="0"/>
            </w:pPr>
            <w:r>
              <w:rPr>
                <w:sz w:val="21"/>
              </w:rPr>
              <w:t>John</w:t>
            </w:r>
          </w:p>
        </w:tc>
      </w:tr>
      <w:tr w:rsidR="00A12B94" w14:paraId="4E31D640" w14:textId="77777777">
        <w:trPr>
          <w:cantSplit/>
          <w:jc w:val="center"/>
        </w:trPr>
        <w:tc>
          <w:tcPr>
            <w:tcW w:w="1728" w:type="dxa"/>
            <w:vAlign w:val="center"/>
          </w:tcPr>
          <w:p w14:paraId="2A3EAEB6" w14:textId="77777777" w:rsidR="00A12B94" w:rsidRDefault="00000000">
            <w:pPr>
              <w:spacing w:after="0"/>
            </w:pPr>
            <w:r>
              <w:rPr>
                <w:sz w:val="21"/>
              </w:rPr>
              <w:t>1:30 p.m.</w:t>
            </w:r>
          </w:p>
        </w:tc>
        <w:tc>
          <w:tcPr>
            <w:tcW w:w="2448" w:type="dxa"/>
            <w:vAlign w:val="center"/>
          </w:tcPr>
          <w:p w14:paraId="41C157C1" w14:textId="77777777" w:rsidR="00A12B94" w:rsidRDefault="00000000">
            <w:pPr>
              <w:spacing w:after="0"/>
            </w:pPr>
            <w:r>
              <w:rPr>
                <w:sz w:val="21"/>
              </w:rPr>
              <w:t>Anissia</w:t>
            </w:r>
          </w:p>
        </w:tc>
        <w:tc>
          <w:tcPr>
            <w:tcW w:w="2448" w:type="dxa"/>
            <w:vAlign w:val="center"/>
          </w:tcPr>
          <w:p w14:paraId="31506693" w14:textId="77777777" w:rsidR="00A12B94" w:rsidRDefault="00000000">
            <w:pPr>
              <w:spacing w:after="0"/>
            </w:pPr>
            <w:r>
              <w:rPr>
                <w:sz w:val="21"/>
              </w:rPr>
              <w:t>Henrietta</w:t>
            </w:r>
          </w:p>
        </w:tc>
        <w:tc>
          <w:tcPr>
            <w:tcW w:w="2448" w:type="dxa"/>
            <w:vAlign w:val="center"/>
          </w:tcPr>
          <w:p w14:paraId="747BD89C" w14:textId="77777777" w:rsidR="00A12B94" w:rsidRDefault="00000000">
            <w:pPr>
              <w:spacing w:after="0"/>
            </w:pPr>
            <w:r>
              <w:rPr>
                <w:sz w:val="21"/>
              </w:rPr>
              <w:t>John</w:t>
            </w:r>
          </w:p>
        </w:tc>
      </w:tr>
      <w:tr w:rsidR="00A12B94" w14:paraId="3F0B16A8" w14:textId="77777777">
        <w:trPr>
          <w:cantSplit/>
          <w:jc w:val="center"/>
        </w:trPr>
        <w:tc>
          <w:tcPr>
            <w:tcW w:w="1728" w:type="dxa"/>
            <w:vAlign w:val="center"/>
          </w:tcPr>
          <w:p w14:paraId="68F53F92" w14:textId="77777777" w:rsidR="00A12B94" w:rsidRDefault="00000000">
            <w:pPr>
              <w:spacing w:after="0"/>
            </w:pPr>
            <w:r>
              <w:rPr>
                <w:sz w:val="21"/>
              </w:rPr>
              <w:t>2:00 p.m.</w:t>
            </w:r>
          </w:p>
        </w:tc>
        <w:tc>
          <w:tcPr>
            <w:tcW w:w="2448" w:type="dxa"/>
            <w:vAlign w:val="center"/>
          </w:tcPr>
          <w:p w14:paraId="2394BA94" w14:textId="77777777" w:rsidR="00A12B94" w:rsidRDefault="00000000">
            <w:pPr>
              <w:spacing w:after="0"/>
            </w:pPr>
            <w:r>
              <w:rPr>
                <w:sz w:val="21"/>
              </w:rPr>
              <w:t>Anissia</w:t>
            </w:r>
          </w:p>
        </w:tc>
        <w:tc>
          <w:tcPr>
            <w:tcW w:w="2448" w:type="dxa"/>
            <w:vAlign w:val="center"/>
          </w:tcPr>
          <w:p w14:paraId="1BC680E1" w14:textId="77777777" w:rsidR="00A12B94" w:rsidRDefault="00000000">
            <w:pPr>
              <w:spacing w:after="0"/>
            </w:pPr>
            <w:r>
              <w:rPr>
                <w:sz w:val="21"/>
              </w:rPr>
              <w:t>Henrietta</w:t>
            </w:r>
          </w:p>
        </w:tc>
        <w:tc>
          <w:tcPr>
            <w:tcW w:w="2448" w:type="dxa"/>
            <w:vAlign w:val="center"/>
          </w:tcPr>
          <w:p w14:paraId="294B0BA9" w14:textId="77777777" w:rsidR="00A12B94" w:rsidRDefault="00000000">
            <w:pPr>
              <w:spacing w:after="0"/>
            </w:pPr>
            <w:r>
              <w:rPr>
                <w:sz w:val="21"/>
              </w:rPr>
              <w:t>John</w:t>
            </w:r>
          </w:p>
        </w:tc>
      </w:tr>
      <w:tr w:rsidR="00A12B94" w14:paraId="48ECB37F" w14:textId="77777777">
        <w:trPr>
          <w:cantSplit/>
          <w:jc w:val="center"/>
        </w:trPr>
        <w:tc>
          <w:tcPr>
            <w:tcW w:w="1728" w:type="dxa"/>
            <w:vAlign w:val="center"/>
          </w:tcPr>
          <w:p w14:paraId="2770F0B7" w14:textId="77777777" w:rsidR="00A12B94" w:rsidRDefault="00000000">
            <w:pPr>
              <w:spacing w:after="0"/>
            </w:pPr>
            <w:r>
              <w:rPr>
                <w:sz w:val="21"/>
              </w:rPr>
              <w:t>2:30 p.m.</w:t>
            </w:r>
          </w:p>
        </w:tc>
        <w:tc>
          <w:tcPr>
            <w:tcW w:w="2448" w:type="dxa"/>
            <w:vAlign w:val="center"/>
          </w:tcPr>
          <w:p w14:paraId="32CF7379" w14:textId="77777777" w:rsidR="00A12B94" w:rsidRDefault="00000000">
            <w:pPr>
              <w:spacing w:after="0"/>
            </w:pPr>
            <w:r>
              <w:rPr>
                <w:sz w:val="21"/>
              </w:rPr>
              <w:t>Anissia</w:t>
            </w:r>
          </w:p>
        </w:tc>
        <w:tc>
          <w:tcPr>
            <w:tcW w:w="2448" w:type="dxa"/>
            <w:vAlign w:val="center"/>
          </w:tcPr>
          <w:p w14:paraId="5B8DBE60" w14:textId="77777777" w:rsidR="00A12B94" w:rsidRDefault="00000000">
            <w:pPr>
              <w:spacing w:after="0"/>
            </w:pPr>
            <w:r>
              <w:rPr>
                <w:sz w:val="21"/>
              </w:rPr>
              <w:t>Henrietta</w:t>
            </w:r>
          </w:p>
        </w:tc>
        <w:tc>
          <w:tcPr>
            <w:tcW w:w="2448" w:type="dxa"/>
            <w:vAlign w:val="center"/>
          </w:tcPr>
          <w:p w14:paraId="67CD4569" w14:textId="77777777" w:rsidR="00A12B94" w:rsidRDefault="00000000">
            <w:pPr>
              <w:spacing w:after="0"/>
            </w:pPr>
            <w:r>
              <w:rPr>
                <w:sz w:val="21"/>
              </w:rPr>
              <w:t>—</w:t>
            </w:r>
          </w:p>
        </w:tc>
      </w:tr>
      <w:tr w:rsidR="00A12B94" w14:paraId="611141AD" w14:textId="77777777">
        <w:trPr>
          <w:cantSplit/>
          <w:jc w:val="center"/>
        </w:trPr>
        <w:tc>
          <w:tcPr>
            <w:tcW w:w="1728" w:type="dxa"/>
            <w:vAlign w:val="center"/>
          </w:tcPr>
          <w:p w14:paraId="3BAEED9F" w14:textId="77777777" w:rsidR="00A12B94" w:rsidRDefault="00000000">
            <w:pPr>
              <w:spacing w:after="0"/>
            </w:pPr>
            <w:r>
              <w:rPr>
                <w:sz w:val="21"/>
              </w:rPr>
              <w:t>3:00 p.m.</w:t>
            </w:r>
          </w:p>
        </w:tc>
        <w:tc>
          <w:tcPr>
            <w:tcW w:w="2448" w:type="dxa"/>
            <w:vAlign w:val="center"/>
          </w:tcPr>
          <w:p w14:paraId="40DEC879" w14:textId="77777777" w:rsidR="00A12B94" w:rsidRDefault="00000000">
            <w:pPr>
              <w:spacing w:after="0"/>
            </w:pPr>
            <w:r>
              <w:rPr>
                <w:sz w:val="21"/>
              </w:rPr>
              <w:t>Anissia</w:t>
            </w:r>
          </w:p>
        </w:tc>
        <w:tc>
          <w:tcPr>
            <w:tcW w:w="2448" w:type="dxa"/>
            <w:vAlign w:val="center"/>
          </w:tcPr>
          <w:p w14:paraId="3DBDB062" w14:textId="77777777" w:rsidR="00A12B94" w:rsidRDefault="00000000">
            <w:pPr>
              <w:spacing w:after="0"/>
            </w:pPr>
            <w:r>
              <w:rPr>
                <w:sz w:val="21"/>
              </w:rPr>
              <w:t>Henrietta</w:t>
            </w:r>
          </w:p>
        </w:tc>
        <w:tc>
          <w:tcPr>
            <w:tcW w:w="2448" w:type="dxa"/>
            <w:vAlign w:val="center"/>
          </w:tcPr>
          <w:p w14:paraId="3124850E" w14:textId="77777777" w:rsidR="00A12B94" w:rsidRDefault="00000000">
            <w:pPr>
              <w:spacing w:after="0"/>
            </w:pPr>
            <w:r>
              <w:rPr>
                <w:sz w:val="21"/>
              </w:rPr>
              <w:t>—</w:t>
            </w:r>
          </w:p>
        </w:tc>
      </w:tr>
      <w:tr w:rsidR="00A12B94" w14:paraId="329A7643" w14:textId="77777777">
        <w:trPr>
          <w:cantSplit/>
          <w:jc w:val="center"/>
        </w:trPr>
        <w:tc>
          <w:tcPr>
            <w:tcW w:w="1728" w:type="dxa"/>
            <w:vAlign w:val="center"/>
          </w:tcPr>
          <w:p w14:paraId="6E1170A6" w14:textId="77777777" w:rsidR="00A12B94" w:rsidRDefault="00000000">
            <w:pPr>
              <w:spacing w:after="0"/>
            </w:pPr>
            <w:r>
              <w:rPr>
                <w:sz w:val="21"/>
              </w:rPr>
              <w:t>3:30 p.m.</w:t>
            </w:r>
          </w:p>
        </w:tc>
        <w:tc>
          <w:tcPr>
            <w:tcW w:w="2448" w:type="dxa"/>
            <w:vAlign w:val="center"/>
          </w:tcPr>
          <w:p w14:paraId="2E1B723D" w14:textId="77777777" w:rsidR="00A12B94" w:rsidRDefault="00000000">
            <w:pPr>
              <w:spacing w:after="0"/>
            </w:pPr>
            <w:r>
              <w:rPr>
                <w:sz w:val="21"/>
              </w:rPr>
              <w:t>Anissia</w:t>
            </w:r>
          </w:p>
        </w:tc>
        <w:tc>
          <w:tcPr>
            <w:tcW w:w="2448" w:type="dxa"/>
            <w:vAlign w:val="center"/>
          </w:tcPr>
          <w:p w14:paraId="6DFA5138" w14:textId="77777777" w:rsidR="00A12B94" w:rsidRDefault="00000000">
            <w:pPr>
              <w:spacing w:after="0"/>
            </w:pPr>
            <w:r>
              <w:rPr>
                <w:sz w:val="21"/>
              </w:rPr>
              <w:t>Henrietta</w:t>
            </w:r>
          </w:p>
        </w:tc>
        <w:tc>
          <w:tcPr>
            <w:tcW w:w="2448" w:type="dxa"/>
            <w:vAlign w:val="center"/>
          </w:tcPr>
          <w:p w14:paraId="370AC0FD" w14:textId="77777777" w:rsidR="00A12B94" w:rsidRDefault="00000000">
            <w:pPr>
              <w:spacing w:after="0"/>
            </w:pPr>
            <w:r>
              <w:rPr>
                <w:sz w:val="21"/>
              </w:rPr>
              <w:t>—</w:t>
            </w:r>
          </w:p>
        </w:tc>
      </w:tr>
      <w:tr w:rsidR="00A12B94" w14:paraId="13C1E299" w14:textId="77777777">
        <w:trPr>
          <w:cantSplit/>
          <w:jc w:val="center"/>
        </w:trPr>
        <w:tc>
          <w:tcPr>
            <w:tcW w:w="1728" w:type="dxa"/>
            <w:vAlign w:val="center"/>
          </w:tcPr>
          <w:p w14:paraId="6AB7C5B3" w14:textId="77777777" w:rsidR="00A12B94" w:rsidRDefault="00000000">
            <w:pPr>
              <w:spacing w:after="0"/>
            </w:pPr>
            <w:r>
              <w:rPr>
                <w:sz w:val="21"/>
              </w:rPr>
              <w:t>4:00 p.m.</w:t>
            </w:r>
          </w:p>
        </w:tc>
        <w:tc>
          <w:tcPr>
            <w:tcW w:w="2448" w:type="dxa"/>
            <w:vAlign w:val="center"/>
          </w:tcPr>
          <w:p w14:paraId="27284A4E" w14:textId="77777777" w:rsidR="00A12B94" w:rsidRDefault="00000000">
            <w:pPr>
              <w:spacing w:after="0"/>
            </w:pPr>
            <w:r>
              <w:rPr>
                <w:sz w:val="21"/>
              </w:rPr>
              <w:t>Anissia</w:t>
            </w:r>
          </w:p>
        </w:tc>
        <w:tc>
          <w:tcPr>
            <w:tcW w:w="2448" w:type="dxa"/>
            <w:vAlign w:val="center"/>
          </w:tcPr>
          <w:p w14:paraId="4FB769DA" w14:textId="77777777" w:rsidR="00A12B94" w:rsidRDefault="00000000">
            <w:pPr>
              <w:spacing w:after="0"/>
            </w:pPr>
            <w:r>
              <w:rPr>
                <w:sz w:val="21"/>
              </w:rPr>
              <w:t>Henrietta</w:t>
            </w:r>
          </w:p>
        </w:tc>
        <w:tc>
          <w:tcPr>
            <w:tcW w:w="2448" w:type="dxa"/>
            <w:vAlign w:val="center"/>
          </w:tcPr>
          <w:p w14:paraId="4A64B007" w14:textId="77777777" w:rsidR="00A12B94" w:rsidRDefault="00000000">
            <w:pPr>
              <w:spacing w:after="0"/>
            </w:pPr>
            <w:r>
              <w:rPr>
                <w:sz w:val="21"/>
              </w:rPr>
              <w:t>—</w:t>
            </w:r>
          </w:p>
        </w:tc>
      </w:tr>
      <w:tr w:rsidR="00A12B94" w14:paraId="32F7FF7B" w14:textId="77777777">
        <w:trPr>
          <w:cantSplit/>
          <w:jc w:val="center"/>
        </w:trPr>
        <w:tc>
          <w:tcPr>
            <w:tcW w:w="1728" w:type="dxa"/>
            <w:vAlign w:val="center"/>
          </w:tcPr>
          <w:p w14:paraId="101ECA32" w14:textId="77777777" w:rsidR="00A12B94" w:rsidRDefault="00000000">
            <w:pPr>
              <w:spacing w:after="0"/>
            </w:pPr>
            <w:r>
              <w:rPr>
                <w:sz w:val="21"/>
              </w:rPr>
              <w:t>4:30 p.m.</w:t>
            </w:r>
          </w:p>
        </w:tc>
        <w:tc>
          <w:tcPr>
            <w:tcW w:w="2448" w:type="dxa"/>
            <w:vAlign w:val="center"/>
          </w:tcPr>
          <w:p w14:paraId="083FA600" w14:textId="77777777" w:rsidR="00A12B94" w:rsidRDefault="00000000">
            <w:pPr>
              <w:spacing w:after="0"/>
            </w:pPr>
            <w:r>
              <w:rPr>
                <w:sz w:val="21"/>
              </w:rPr>
              <w:t>—</w:t>
            </w:r>
          </w:p>
        </w:tc>
        <w:tc>
          <w:tcPr>
            <w:tcW w:w="2448" w:type="dxa"/>
            <w:vAlign w:val="center"/>
          </w:tcPr>
          <w:p w14:paraId="0CD00C92" w14:textId="77777777" w:rsidR="00A12B94" w:rsidRDefault="00000000">
            <w:pPr>
              <w:spacing w:after="0"/>
            </w:pPr>
            <w:r>
              <w:rPr>
                <w:sz w:val="21"/>
              </w:rPr>
              <w:t>John</w:t>
            </w:r>
          </w:p>
        </w:tc>
        <w:tc>
          <w:tcPr>
            <w:tcW w:w="2448" w:type="dxa"/>
            <w:vAlign w:val="center"/>
          </w:tcPr>
          <w:p w14:paraId="247EE3DB" w14:textId="77777777" w:rsidR="00A12B94" w:rsidRDefault="00000000">
            <w:pPr>
              <w:spacing w:after="0"/>
            </w:pPr>
            <w:r>
              <w:rPr>
                <w:sz w:val="21"/>
              </w:rPr>
              <w:t>—</w:t>
            </w:r>
          </w:p>
        </w:tc>
      </w:tr>
      <w:tr w:rsidR="00A12B94" w14:paraId="31CE34CC" w14:textId="77777777">
        <w:trPr>
          <w:cantSplit/>
          <w:jc w:val="center"/>
        </w:trPr>
        <w:tc>
          <w:tcPr>
            <w:tcW w:w="1728" w:type="dxa"/>
            <w:vAlign w:val="center"/>
          </w:tcPr>
          <w:p w14:paraId="6F10F0FD" w14:textId="77777777" w:rsidR="00A12B94" w:rsidRDefault="00000000">
            <w:pPr>
              <w:spacing w:after="0"/>
            </w:pPr>
            <w:r>
              <w:rPr>
                <w:sz w:val="21"/>
              </w:rPr>
              <w:t>5:00 p.m.</w:t>
            </w:r>
          </w:p>
        </w:tc>
        <w:tc>
          <w:tcPr>
            <w:tcW w:w="2448" w:type="dxa"/>
            <w:vAlign w:val="center"/>
          </w:tcPr>
          <w:p w14:paraId="77FA1BE8" w14:textId="77777777" w:rsidR="00A12B94" w:rsidRDefault="00000000">
            <w:pPr>
              <w:spacing w:after="0"/>
            </w:pPr>
            <w:r>
              <w:rPr>
                <w:sz w:val="21"/>
              </w:rPr>
              <w:t>—</w:t>
            </w:r>
          </w:p>
        </w:tc>
        <w:tc>
          <w:tcPr>
            <w:tcW w:w="2448" w:type="dxa"/>
            <w:vAlign w:val="center"/>
          </w:tcPr>
          <w:p w14:paraId="510D992D" w14:textId="77777777" w:rsidR="00A12B94" w:rsidRDefault="00000000">
            <w:pPr>
              <w:spacing w:after="0"/>
            </w:pPr>
            <w:r>
              <w:rPr>
                <w:sz w:val="21"/>
              </w:rPr>
              <w:t>John</w:t>
            </w:r>
          </w:p>
        </w:tc>
        <w:tc>
          <w:tcPr>
            <w:tcW w:w="2448" w:type="dxa"/>
            <w:vAlign w:val="center"/>
          </w:tcPr>
          <w:p w14:paraId="11BA43F8" w14:textId="77777777" w:rsidR="00A12B94" w:rsidRDefault="00000000">
            <w:pPr>
              <w:spacing w:after="0"/>
            </w:pPr>
            <w:r>
              <w:rPr>
                <w:sz w:val="21"/>
              </w:rPr>
              <w:t>—</w:t>
            </w:r>
          </w:p>
        </w:tc>
      </w:tr>
    </w:tbl>
    <w:p w14:paraId="4ECC3653" w14:textId="77777777" w:rsidR="00A12B94" w:rsidRDefault="00A12B94"/>
    <w:p w14:paraId="571E491D" w14:textId="77777777" w:rsidR="00C4008E" w:rsidRDefault="00C4008E">
      <w:pPr>
        <w:pStyle w:val="Heading1"/>
      </w:pPr>
      <w:r>
        <w:br w:type="page"/>
      </w:r>
    </w:p>
    <w:p w14:paraId="0B4CDB2F" w14:textId="229206DE" w:rsidR="00A12B94" w:rsidRDefault="00000000">
      <w:pPr>
        <w:pStyle w:val="Heading1"/>
      </w:pPr>
      <w:r>
        <w:lastRenderedPageBreak/>
        <w:t>Friday</w:t>
      </w:r>
    </w:p>
    <w:p w14:paraId="1E814310" w14:textId="77777777" w:rsidR="00A12B94" w:rsidRDefault="00000000">
      <w:r>
        <w:rPr>
          <w:i/>
        </w:rPr>
        <w:t>Friday availability by support type.</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8"/>
        <w:gridCol w:w="2448"/>
        <w:gridCol w:w="2448"/>
        <w:gridCol w:w="2448"/>
      </w:tblGrid>
      <w:tr w:rsidR="00A12B94" w14:paraId="7AEDB5A3" w14:textId="77777777">
        <w:trPr>
          <w:tblHeader/>
          <w:jc w:val="center"/>
        </w:trPr>
        <w:tc>
          <w:tcPr>
            <w:tcW w:w="1728" w:type="dxa"/>
            <w:shd w:val="clear" w:color="auto" w:fill="D9EAF7"/>
            <w:vAlign w:val="center"/>
          </w:tcPr>
          <w:p w14:paraId="5FF67E00" w14:textId="77777777" w:rsidR="00A12B94" w:rsidRDefault="00000000">
            <w:pPr>
              <w:spacing w:after="0"/>
            </w:pPr>
            <w:r>
              <w:rPr>
                <w:b/>
                <w:sz w:val="21"/>
              </w:rPr>
              <w:t>Time</w:t>
            </w:r>
          </w:p>
        </w:tc>
        <w:tc>
          <w:tcPr>
            <w:tcW w:w="2448" w:type="dxa"/>
            <w:shd w:val="clear" w:color="auto" w:fill="D9EAF7"/>
            <w:vAlign w:val="center"/>
          </w:tcPr>
          <w:p w14:paraId="0E4CA0E4" w14:textId="77777777" w:rsidR="00A12B94" w:rsidRDefault="00000000">
            <w:pPr>
              <w:spacing w:after="0"/>
            </w:pPr>
            <w:r>
              <w:rPr>
                <w:b/>
                <w:sz w:val="21"/>
              </w:rPr>
              <w:t>In Person</w:t>
            </w:r>
          </w:p>
        </w:tc>
        <w:tc>
          <w:tcPr>
            <w:tcW w:w="2448" w:type="dxa"/>
            <w:shd w:val="clear" w:color="auto" w:fill="D9EAF7"/>
            <w:vAlign w:val="center"/>
          </w:tcPr>
          <w:p w14:paraId="2CC50AF8" w14:textId="77777777" w:rsidR="00A12B94" w:rsidRDefault="00000000">
            <w:pPr>
              <w:spacing w:after="0"/>
            </w:pPr>
            <w:r>
              <w:rPr>
                <w:b/>
                <w:sz w:val="21"/>
              </w:rPr>
              <w:t>Online</w:t>
            </w:r>
          </w:p>
        </w:tc>
        <w:tc>
          <w:tcPr>
            <w:tcW w:w="2448" w:type="dxa"/>
            <w:shd w:val="clear" w:color="auto" w:fill="D9EAF7"/>
            <w:vAlign w:val="center"/>
          </w:tcPr>
          <w:p w14:paraId="1E429227" w14:textId="77777777" w:rsidR="00A12B94" w:rsidRDefault="00000000">
            <w:pPr>
              <w:spacing w:after="0"/>
            </w:pPr>
            <w:r>
              <w:rPr>
                <w:b/>
                <w:sz w:val="21"/>
              </w:rPr>
              <w:t>SMSS</w:t>
            </w:r>
          </w:p>
        </w:tc>
      </w:tr>
      <w:tr w:rsidR="00A12B94" w14:paraId="06389417" w14:textId="77777777">
        <w:trPr>
          <w:cantSplit/>
          <w:jc w:val="center"/>
        </w:trPr>
        <w:tc>
          <w:tcPr>
            <w:tcW w:w="1728" w:type="dxa"/>
            <w:vAlign w:val="center"/>
          </w:tcPr>
          <w:p w14:paraId="0C5E1565" w14:textId="77777777" w:rsidR="00A12B94" w:rsidRDefault="00000000">
            <w:pPr>
              <w:spacing w:after="0"/>
            </w:pPr>
            <w:r>
              <w:rPr>
                <w:sz w:val="21"/>
              </w:rPr>
              <w:t>10:00 a.m.</w:t>
            </w:r>
          </w:p>
        </w:tc>
        <w:tc>
          <w:tcPr>
            <w:tcW w:w="2448" w:type="dxa"/>
            <w:vAlign w:val="center"/>
          </w:tcPr>
          <w:p w14:paraId="10677BD1" w14:textId="77777777" w:rsidR="00A12B94" w:rsidRDefault="00000000">
            <w:pPr>
              <w:spacing w:after="0"/>
            </w:pPr>
            <w:r>
              <w:rPr>
                <w:sz w:val="21"/>
              </w:rPr>
              <w:t>—</w:t>
            </w:r>
          </w:p>
        </w:tc>
        <w:tc>
          <w:tcPr>
            <w:tcW w:w="2448" w:type="dxa"/>
            <w:vAlign w:val="center"/>
          </w:tcPr>
          <w:p w14:paraId="6D05B646" w14:textId="77777777" w:rsidR="00A12B94" w:rsidRDefault="00000000">
            <w:pPr>
              <w:spacing w:after="0"/>
            </w:pPr>
            <w:r>
              <w:rPr>
                <w:sz w:val="21"/>
              </w:rPr>
              <w:t>John</w:t>
            </w:r>
          </w:p>
        </w:tc>
        <w:tc>
          <w:tcPr>
            <w:tcW w:w="2448" w:type="dxa"/>
            <w:vAlign w:val="center"/>
          </w:tcPr>
          <w:p w14:paraId="0F2E81DC" w14:textId="77777777" w:rsidR="00A12B94" w:rsidRDefault="00000000">
            <w:pPr>
              <w:spacing w:after="0"/>
            </w:pPr>
            <w:r>
              <w:rPr>
                <w:sz w:val="21"/>
              </w:rPr>
              <w:t>—</w:t>
            </w:r>
          </w:p>
        </w:tc>
      </w:tr>
      <w:tr w:rsidR="00A12B94" w14:paraId="5D81E8D6" w14:textId="77777777">
        <w:trPr>
          <w:cantSplit/>
          <w:jc w:val="center"/>
        </w:trPr>
        <w:tc>
          <w:tcPr>
            <w:tcW w:w="1728" w:type="dxa"/>
            <w:vAlign w:val="center"/>
          </w:tcPr>
          <w:p w14:paraId="4395EE8D" w14:textId="77777777" w:rsidR="00A12B94" w:rsidRDefault="00000000">
            <w:pPr>
              <w:spacing w:after="0"/>
            </w:pPr>
            <w:r>
              <w:rPr>
                <w:sz w:val="21"/>
              </w:rPr>
              <w:t>10:30 a.m.</w:t>
            </w:r>
          </w:p>
        </w:tc>
        <w:tc>
          <w:tcPr>
            <w:tcW w:w="2448" w:type="dxa"/>
            <w:vAlign w:val="center"/>
          </w:tcPr>
          <w:p w14:paraId="69ED79E7" w14:textId="77777777" w:rsidR="00A12B94" w:rsidRDefault="00000000">
            <w:pPr>
              <w:spacing w:after="0"/>
            </w:pPr>
            <w:r>
              <w:rPr>
                <w:sz w:val="21"/>
              </w:rPr>
              <w:t>—</w:t>
            </w:r>
          </w:p>
        </w:tc>
        <w:tc>
          <w:tcPr>
            <w:tcW w:w="2448" w:type="dxa"/>
            <w:vAlign w:val="center"/>
          </w:tcPr>
          <w:p w14:paraId="566A7539" w14:textId="77777777" w:rsidR="00A12B94" w:rsidRDefault="00000000">
            <w:pPr>
              <w:spacing w:after="0"/>
            </w:pPr>
            <w:r>
              <w:rPr>
                <w:sz w:val="21"/>
              </w:rPr>
              <w:t>John</w:t>
            </w:r>
          </w:p>
        </w:tc>
        <w:tc>
          <w:tcPr>
            <w:tcW w:w="2448" w:type="dxa"/>
            <w:vAlign w:val="center"/>
          </w:tcPr>
          <w:p w14:paraId="4D1FF189" w14:textId="77777777" w:rsidR="00A12B94" w:rsidRDefault="00000000">
            <w:pPr>
              <w:spacing w:after="0"/>
            </w:pPr>
            <w:r>
              <w:rPr>
                <w:sz w:val="21"/>
              </w:rPr>
              <w:t>—</w:t>
            </w:r>
          </w:p>
        </w:tc>
      </w:tr>
      <w:tr w:rsidR="00A12B94" w14:paraId="5D264BA1" w14:textId="77777777">
        <w:trPr>
          <w:cantSplit/>
          <w:jc w:val="center"/>
        </w:trPr>
        <w:tc>
          <w:tcPr>
            <w:tcW w:w="1728" w:type="dxa"/>
            <w:vAlign w:val="center"/>
          </w:tcPr>
          <w:p w14:paraId="5BCE524D" w14:textId="77777777" w:rsidR="00A12B94" w:rsidRDefault="00000000">
            <w:pPr>
              <w:spacing w:after="0"/>
            </w:pPr>
            <w:r>
              <w:rPr>
                <w:sz w:val="21"/>
              </w:rPr>
              <w:t>11:00 a.m.</w:t>
            </w:r>
          </w:p>
        </w:tc>
        <w:tc>
          <w:tcPr>
            <w:tcW w:w="2448" w:type="dxa"/>
            <w:vAlign w:val="center"/>
          </w:tcPr>
          <w:p w14:paraId="153837C8" w14:textId="77777777" w:rsidR="00A12B94" w:rsidRDefault="00000000">
            <w:pPr>
              <w:spacing w:after="0"/>
            </w:pPr>
            <w:r>
              <w:rPr>
                <w:sz w:val="21"/>
              </w:rPr>
              <w:t>—</w:t>
            </w:r>
          </w:p>
        </w:tc>
        <w:tc>
          <w:tcPr>
            <w:tcW w:w="2448" w:type="dxa"/>
            <w:vAlign w:val="center"/>
          </w:tcPr>
          <w:p w14:paraId="28C0A509" w14:textId="77777777" w:rsidR="00A12B94" w:rsidRDefault="00000000">
            <w:pPr>
              <w:spacing w:after="0"/>
            </w:pPr>
            <w:r>
              <w:rPr>
                <w:sz w:val="21"/>
              </w:rPr>
              <w:t>—</w:t>
            </w:r>
          </w:p>
        </w:tc>
        <w:tc>
          <w:tcPr>
            <w:tcW w:w="2448" w:type="dxa"/>
            <w:vAlign w:val="center"/>
          </w:tcPr>
          <w:p w14:paraId="018818A6" w14:textId="77777777" w:rsidR="00A12B94" w:rsidRDefault="00000000">
            <w:pPr>
              <w:spacing w:after="0"/>
            </w:pPr>
            <w:r>
              <w:rPr>
                <w:sz w:val="21"/>
              </w:rPr>
              <w:t>John</w:t>
            </w:r>
          </w:p>
        </w:tc>
      </w:tr>
      <w:tr w:rsidR="00A12B94" w14:paraId="6B36665E" w14:textId="77777777">
        <w:trPr>
          <w:cantSplit/>
          <w:jc w:val="center"/>
        </w:trPr>
        <w:tc>
          <w:tcPr>
            <w:tcW w:w="1728" w:type="dxa"/>
            <w:vAlign w:val="center"/>
          </w:tcPr>
          <w:p w14:paraId="21304997" w14:textId="77777777" w:rsidR="00A12B94" w:rsidRDefault="00000000">
            <w:pPr>
              <w:spacing w:after="0"/>
            </w:pPr>
            <w:r>
              <w:rPr>
                <w:sz w:val="21"/>
              </w:rPr>
              <w:t>11:30 a.m.</w:t>
            </w:r>
          </w:p>
        </w:tc>
        <w:tc>
          <w:tcPr>
            <w:tcW w:w="2448" w:type="dxa"/>
            <w:vAlign w:val="center"/>
          </w:tcPr>
          <w:p w14:paraId="5483EC96" w14:textId="77777777" w:rsidR="00A12B94" w:rsidRDefault="00000000">
            <w:pPr>
              <w:spacing w:after="0"/>
            </w:pPr>
            <w:r>
              <w:rPr>
                <w:sz w:val="21"/>
              </w:rPr>
              <w:t>—</w:t>
            </w:r>
          </w:p>
        </w:tc>
        <w:tc>
          <w:tcPr>
            <w:tcW w:w="2448" w:type="dxa"/>
            <w:vAlign w:val="center"/>
          </w:tcPr>
          <w:p w14:paraId="64182250" w14:textId="77777777" w:rsidR="00A12B94" w:rsidRDefault="00000000">
            <w:pPr>
              <w:spacing w:after="0"/>
            </w:pPr>
            <w:r>
              <w:rPr>
                <w:sz w:val="21"/>
              </w:rPr>
              <w:t>John</w:t>
            </w:r>
          </w:p>
        </w:tc>
        <w:tc>
          <w:tcPr>
            <w:tcW w:w="2448" w:type="dxa"/>
            <w:vAlign w:val="center"/>
          </w:tcPr>
          <w:p w14:paraId="0CE93F84" w14:textId="77777777" w:rsidR="00A12B94" w:rsidRDefault="00000000">
            <w:pPr>
              <w:spacing w:after="0"/>
            </w:pPr>
            <w:r>
              <w:rPr>
                <w:sz w:val="21"/>
              </w:rPr>
              <w:t>—</w:t>
            </w:r>
          </w:p>
        </w:tc>
      </w:tr>
      <w:tr w:rsidR="00A12B94" w14:paraId="2325DCED" w14:textId="77777777">
        <w:trPr>
          <w:cantSplit/>
          <w:jc w:val="center"/>
        </w:trPr>
        <w:tc>
          <w:tcPr>
            <w:tcW w:w="1728" w:type="dxa"/>
            <w:vAlign w:val="center"/>
          </w:tcPr>
          <w:p w14:paraId="210225ED" w14:textId="77777777" w:rsidR="00A12B94" w:rsidRDefault="00000000">
            <w:pPr>
              <w:spacing w:after="0"/>
            </w:pPr>
            <w:r>
              <w:rPr>
                <w:sz w:val="21"/>
              </w:rPr>
              <w:t>12:00 p.m.</w:t>
            </w:r>
          </w:p>
        </w:tc>
        <w:tc>
          <w:tcPr>
            <w:tcW w:w="2448" w:type="dxa"/>
            <w:vAlign w:val="center"/>
          </w:tcPr>
          <w:p w14:paraId="6A75BFA6" w14:textId="77777777" w:rsidR="00A12B94" w:rsidRDefault="00000000">
            <w:pPr>
              <w:spacing w:after="0"/>
            </w:pPr>
            <w:r>
              <w:rPr>
                <w:sz w:val="21"/>
              </w:rPr>
              <w:t>—</w:t>
            </w:r>
          </w:p>
        </w:tc>
        <w:tc>
          <w:tcPr>
            <w:tcW w:w="2448" w:type="dxa"/>
            <w:vAlign w:val="center"/>
          </w:tcPr>
          <w:p w14:paraId="4246393E" w14:textId="77777777" w:rsidR="00A12B94" w:rsidRDefault="00000000">
            <w:pPr>
              <w:spacing w:after="0"/>
            </w:pPr>
            <w:r>
              <w:rPr>
                <w:sz w:val="21"/>
              </w:rPr>
              <w:t>John</w:t>
            </w:r>
          </w:p>
        </w:tc>
        <w:tc>
          <w:tcPr>
            <w:tcW w:w="2448" w:type="dxa"/>
            <w:vAlign w:val="center"/>
          </w:tcPr>
          <w:p w14:paraId="1B0ED59E" w14:textId="77777777" w:rsidR="00A12B94" w:rsidRDefault="00000000">
            <w:pPr>
              <w:spacing w:after="0"/>
            </w:pPr>
            <w:r>
              <w:rPr>
                <w:sz w:val="21"/>
              </w:rPr>
              <w:t>—</w:t>
            </w:r>
          </w:p>
        </w:tc>
      </w:tr>
      <w:tr w:rsidR="00A12B94" w14:paraId="3CB21E89" w14:textId="77777777">
        <w:trPr>
          <w:cantSplit/>
          <w:jc w:val="center"/>
        </w:trPr>
        <w:tc>
          <w:tcPr>
            <w:tcW w:w="1728" w:type="dxa"/>
            <w:vAlign w:val="center"/>
          </w:tcPr>
          <w:p w14:paraId="7E99315B" w14:textId="77777777" w:rsidR="00A12B94" w:rsidRDefault="00000000">
            <w:pPr>
              <w:spacing w:after="0"/>
            </w:pPr>
            <w:r>
              <w:rPr>
                <w:sz w:val="21"/>
              </w:rPr>
              <w:t>12:30 p.m.</w:t>
            </w:r>
          </w:p>
        </w:tc>
        <w:tc>
          <w:tcPr>
            <w:tcW w:w="2448" w:type="dxa"/>
            <w:vAlign w:val="center"/>
          </w:tcPr>
          <w:p w14:paraId="56077847" w14:textId="77777777" w:rsidR="00A12B94" w:rsidRDefault="00000000">
            <w:pPr>
              <w:spacing w:after="0"/>
            </w:pPr>
            <w:r>
              <w:rPr>
                <w:sz w:val="21"/>
              </w:rPr>
              <w:t>—</w:t>
            </w:r>
          </w:p>
        </w:tc>
        <w:tc>
          <w:tcPr>
            <w:tcW w:w="2448" w:type="dxa"/>
            <w:vAlign w:val="center"/>
          </w:tcPr>
          <w:p w14:paraId="779E1E52" w14:textId="77777777" w:rsidR="00A12B94" w:rsidRDefault="00000000">
            <w:pPr>
              <w:spacing w:after="0"/>
            </w:pPr>
            <w:r>
              <w:rPr>
                <w:sz w:val="21"/>
              </w:rPr>
              <w:t>John</w:t>
            </w:r>
          </w:p>
        </w:tc>
        <w:tc>
          <w:tcPr>
            <w:tcW w:w="2448" w:type="dxa"/>
            <w:vAlign w:val="center"/>
          </w:tcPr>
          <w:p w14:paraId="07FE2A86" w14:textId="77777777" w:rsidR="00A12B94" w:rsidRDefault="00000000">
            <w:pPr>
              <w:spacing w:after="0"/>
            </w:pPr>
            <w:r>
              <w:rPr>
                <w:sz w:val="21"/>
              </w:rPr>
              <w:t>—</w:t>
            </w:r>
          </w:p>
        </w:tc>
      </w:tr>
    </w:tbl>
    <w:p w14:paraId="184A4F07" w14:textId="77777777" w:rsidR="00A12B94" w:rsidRDefault="00A12B94"/>
    <w:p w14:paraId="75C6908A" w14:textId="77777777" w:rsidR="00A12B94" w:rsidRDefault="00000000">
      <w:pPr>
        <w:pStyle w:val="Heading1"/>
      </w:pPr>
      <w:r>
        <w:t>About SMSS</w:t>
      </w:r>
    </w:p>
    <w:p w14:paraId="5DA3E588" w14:textId="77777777" w:rsidR="00A12B94" w:rsidRDefault="00000000">
      <w:r>
        <w:rPr>
          <w:b/>
        </w:rPr>
        <w:t xml:space="preserve">SMSS stands for Statistical Measurement Support Services. </w:t>
      </w:r>
      <w:r>
        <w:t>SMSS is not course tutoring. Senior graduate students and faculty from the Educational Statistics and Research Methods program provide research, statistical, and measurement assistance to COEHP faculty, students, and staff at no charge.</w:t>
      </w:r>
    </w:p>
    <w:p w14:paraId="73A985B8" w14:textId="77777777" w:rsidR="00A12B94" w:rsidRDefault="00000000">
      <w:r>
        <w:rPr>
          <w:b/>
        </w:rPr>
        <w:t xml:space="preserve">Accessibility note: </w:t>
      </w:r>
      <w:r>
        <w:t>The dash (—) in a schedule cell means that no support is scheduled for that time and support type.</w:t>
      </w:r>
    </w:p>
    <w:sectPr w:rsidR="00A12B94" w:rsidSect="00C4008E">
      <w:footerReference w:type="default" r:id="rId10"/>
      <w:pgSz w:w="12240" w:h="15840"/>
      <w:pgMar w:top="720"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EFA6" w14:textId="77777777" w:rsidR="00426904" w:rsidRDefault="00426904">
      <w:pPr>
        <w:spacing w:after="0" w:line="240" w:lineRule="auto"/>
      </w:pPr>
      <w:r>
        <w:separator/>
      </w:r>
    </w:p>
  </w:endnote>
  <w:endnote w:type="continuationSeparator" w:id="0">
    <w:p w14:paraId="2CB29D87" w14:textId="77777777" w:rsidR="00426904" w:rsidRDefault="00426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Trajan Pro">
    <w:altName w:val="Cambria"/>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9D03" w14:textId="77777777" w:rsidR="00A12B94" w:rsidRDefault="00000000">
    <w:pPr>
      <w:pStyle w:val="Footer"/>
      <w:jc w:val="center"/>
    </w:pPr>
    <w:r>
      <w:rPr>
        <w:sz w:val="18"/>
      </w:rPr>
      <w:t>Statistics Help Schedule - Fall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9547A" w14:textId="77777777" w:rsidR="00426904" w:rsidRDefault="00426904">
      <w:pPr>
        <w:spacing w:after="0" w:line="240" w:lineRule="auto"/>
      </w:pPr>
      <w:r>
        <w:separator/>
      </w:r>
    </w:p>
  </w:footnote>
  <w:footnote w:type="continuationSeparator" w:id="0">
    <w:p w14:paraId="193D638D" w14:textId="77777777" w:rsidR="00426904" w:rsidRDefault="004269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0833503">
    <w:abstractNumId w:val="8"/>
  </w:num>
  <w:num w:numId="2" w16cid:durableId="2022388841">
    <w:abstractNumId w:val="6"/>
  </w:num>
  <w:num w:numId="3" w16cid:durableId="1612200734">
    <w:abstractNumId w:val="5"/>
  </w:num>
  <w:num w:numId="4" w16cid:durableId="1670718422">
    <w:abstractNumId w:val="4"/>
  </w:num>
  <w:num w:numId="5" w16cid:durableId="687367461">
    <w:abstractNumId w:val="7"/>
  </w:num>
  <w:num w:numId="6" w16cid:durableId="240338775">
    <w:abstractNumId w:val="3"/>
  </w:num>
  <w:num w:numId="7" w16cid:durableId="1191066346">
    <w:abstractNumId w:val="2"/>
  </w:num>
  <w:num w:numId="8" w16cid:durableId="1969241761">
    <w:abstractNumId w:val="1"/>
  </w:num>
  <w:num w:numId="9" w16cid:durableId="187414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26904"/>
    <w:rsid w:val="00A12B94"/>
    <w:rsid w:val="00AA1D8D"/>
    <w:rsid w:val="00B47730"/>
    <w:rsid w:val="00B815EC"/>
    <w:rsid w:val="00C4008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9C1EA"/>
  <w14:defaultImageDpi w14:val="300"/>
  <w15:docId w15:val="{8FBED4AC-2D39-4B67-86A7-F583CAA2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00000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400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365.com/owa/calendar/ESRMComputerLab@uark.onmicrosoft.com/book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utlook.office365.com/owa/calendar/ESRMComputerLab@uark.onmicrosoft.com/book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Help Schedule Fall 2026</dc:title>
  <dc:subject>Accessible statistics tutoring and statistical support schedule for Fall 2026</dc:subject>
  <dc:creator>python-docx</dc:creator>
  <cp:keywords>statistics help, tutoring, SMSS, ESRM, Fall 2026, accessible schedule</cp:keywords>
  <dc:description>Reformatted for accessibility with simple tables, descriptive link text, and semantic headings.</dc:description>
  <cp:lastModifiedBy>Wen-Juo Lo</cp:lastModifiedBy>
  <cp:revision>2</cp:revision>
  <dcterms:created xsi:type="dcterms:W3CDTF">2013-12-23T23:15:00Z</dcterms:created>
  <dcterms:modified xsi:type="dcterms:W3CDTF">2026-08-31T17:41:00Z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056baf66-c074-4aba-8449-8bffee5f9e5b</vt:lpwstr>
  </property>
</Properties>
</file>